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BA12" w14:textId="77777777" w:rsidR="00A779D7" w:rsidRDefault="00000000">
      <w:pPr>
        <w:keepNext/>
        <w:spacing w:after="40"/>
        <w:jc w:val="right"/>
      </w:pPr>
      <w:r>
        <w:rPr>
          <w:b/>
          <w:sz w:val="21"/>
          <w:lang w:val="bg-BG" w:eastAsia="bg-BG"/>
        </w:rPr>
        <w:t>Приложение № 4</w:t>
      </w:r>
    </w:p>
    <w:p w14:paraId="6ACAA86D" w14:textId="5A911C71" w:rsidR="00A779D7" w:rsidRDefault="00000000" w:rsidP="0090435E">
      <w:pPr>
        <w:keepNext/>
        <w:spacing w:after="0"/>
        <w:jc w:val="center"/>
      </w:pPr>
      <w:r>
        <w:rPr>
          <w:b/>
          <w:sz w:val="24"/>
          <w:lang w:val="bg-BG" w:eastAsia="bg-BG"/>
        </w:rPr>
        <w:t>ПРИРОДОМАТЕМАТИЧЕСКА ГИМНАЗИЯ</w:t>
      </w:r>
      <w:r w:rsidR="0090435E">
        <w:rPr>
          <w:b/>
          <w:sz w:val="24"/>
          <w:lang w:val="bg-BG" w:eastAsia="bg-BG"/>
        </w:rPr>
        <w:t xml:space="preserve"> </w:t>
      </w:r>
      <w:r>
        <w:rPr>
          <w:b/>
          <w:sz w:val="24"/>
          <w:lang w:val="bg-BG" w:eastAsia="bg-BG"/>
        </w:rPr>
        <w:t>„ИВАН ВАЗОВ“ - ГРАД ДОБРИЧ</w:t>
      </w:r>
    </w:p>
    <w:p w14:paraId="711FE3DC" w14:textId="77777777" w:rsidR="00AA66E3" w:rsidRDefault="00AA66E3">
      <w:pPr>
        <w:keepNext/>
        <w:spacing w:after="140"/>
        <w:jc w:val="right"/>
        <w:rPr>
          <w:b/>
          <w:sz w:val="21"/>
          <w:lang w:val="bg-BG" w:eastAsia="bg-BG"/>
        </w:rPr>
      </w:pPr>
    </w:p>
    <w:p w14:paraId="7BAC4692" w14:textId="54C3A864" w:rsidR="00A779D7" w:rsidRDefault="00000000">
      <w:pPr>
        <w:keepNext/>
        <w:spacing w:after="140"/>
        <w:jc w:val="right"/>
      </w:pPr>
      <w:r>
        <w:rPr>
          <w:b/>
          <w:sz w:val="21"/>
          <w:lang w:val="bg-BG" w:eastAsia="bg-BG"/>
        </w:rPr>
        <w:t>ДО КОМИСИЯТА ПО СТИПЕНДИИТЕ</w:t>
      </w:r>
      <w:r>
        <w:rPr>
          <w:b/>
          <w:sz w:val="21"/>
          <w:lang w:val="bg-BG" w:eastAsia="bg-BG"/>
        </w:rPr>
        <w:br/>
        <w:t>ПРИ ПМГ „ИВАН ВАЗОВ“ - ДОБРИЧ</w:t>
      </w:r>
    </w:p>
    <w:p w14:paraId="04DC2B7B" w14:textId="77777777" w:rsidR="00AA66E3" w:rsidRDefault="00AA66E3">
      <w:pPr>
        <w:pStyle w:val="Title"/>
        <w:rPr>
          <w:rFonts w:ascii="Times New Roman" w:eastAsia="Times New Roman" w:hAnsi="Times New Roman" w:cs="Times New Roman"/>
          <w:lang w:val="bg-BG" w:eastAsia="bg-BG"/>
        </w:rPr>
      </w:pPr>
    </w:p>
    <w:p w14:paraId="1B1C3B50" w14:textId="6F755F76" w:rsidR="00A779D7" w:rsidRDefault="00000000">
      <w:pPr>
        <w:pStyle w:val="Title"/>
      </w:pPr>
      <w:r>
        <w:rPr>
          <w:rFonts w:ascii="Times New Roman" w:eastAsia="Times New Roman" w:hAnsi="Times New Roman" w:cs="Times New Roman"/>
          <w:lang w:val="bg-BG" w:eastAsia="bg-BG"/>
        </w:rPr>
        <w:t>ЗАЯВЛЕНИЕ</w:t>
      </w:r>
    </w:p>
    <w:p w14:paraId="251C31AC" w14:textId="77777777" w:rsidR="00A779D7" w:rsidRDefault="00000000">
      <w:pPr>
        <w:pStyle w:val="DocumentSubtitle"/>
      </w:pPr>
      <w:r>
        <w:rPr>
          <w:lang w:val="bg-BG" w:eastAsia="bg-BG"/>
        </w:rPr>
        <w:t>за отпускане на еднократна стипендия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8051"/>
      </w:tblGrid>
      <w:tr w:rsidR="00A779D7" w14:paraId="1D3F7A5E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AA6382" w14:textId="77777777" w:rsidR="00A779D7" w:rsidRDefault="00000000">
            <w:pPr>
              <w:spacing w:after="0"/>
              <w:jc w:val="left"/>
            </w:pPr>
            <w:r>
              <w:rPr>
                <w:b/>
                <w:sz w:val="21"/>
                <w:lang w:val="bg-BG" w:eastAsia="bg-BG"/>
              </w:rPr>
              <w:t>Трите имена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84BC4" w14:textId="48A8B4DD" w:rsidR="00A779D7" w:rsidRDefault="00A779D7">
            <w:pPr>
              <w:spacing w:after="0"/>
              <w:jc w:val="left"/>
            </w:pPr>
          </w:p>
        </w:tc>
      </w:tr>
      <w:tr w:rsidR="00A779D7" w14:paraId="5981E219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462BA9" w14:textId="77777777" w:rsidR="00A779D7" w:rsidRDefault="00000000">
            <w:pPr>
              <w:spacing w:after="0"/>
              <w:jc w:val="left"/>
            </w:pPr>
            <w:r>
              <w:rPr>
                <w:b/>
                <w:sz w:val="21"/>
                <w:lang w:val="bg-BG" w:eastAsia="bg-BG"/>
              </w:rPr>
              <w:t>Клас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05BF1F" w14:textId="0B2F651E" w:rsidR="00A779D7" w:rsidRDefault="00A779D7">
            <w:pPr>
              <w:spacing w:after="0"/>
              <w:jc w:val="left"/>
            </w:pPr>
          </w:p>
        </w:tc>
      </w:tr>
    </w:tbl>
    <w:p w14:paraId="66CBD11D" w14:textId="77777777" w:rsidR="00A779D7" w:rsidRDefault="00000000">
      <w:pPr>
        <w:spacing w:before="100" w:after="80"/>
      </w:pPr>
      <w:r>
        <w:rPr>
          <w:sz w:val="24"/>
          <w:lang w:val="bg-BG" w:eastAsia="bg-BG"/>
        </w:rPr>
        <w:t>Уважаеми членове на комисията,</w:t>
      </w:r>
    </w:p>
    <w:p w14:paraId="3422454A" w14:textId="77777777" w:rsidR="00A779D7" w:rsidRDefault="00000000">
      <w:pPr>
        <w:spacing w:after="80"/>
        <w:ind w:firstLine="454"/>
      </w:pPr>
      <w:r>
        <w:rPr>
          <w:sz w:val="24"/>
          <w:lang w:val="bg-BG" w:eastAsia="bg-BG"/>
        </w:rPr>
        <w:t>Моля да ми бъде отпусната еднократна стипендия по чл. 1, ал. 2 от Условията и реда за получаване на стипендии в ПМГ „Иван Вазов“ - Добрич.</w:t>
      </w:r>
    </w:p>
    <w:p w14:paraId="21C8F61C" w14:textId="77777777" w:rsidR="00A779D7" w:rsidRDefault="00000000">
      <w:pPr>
        <w:pStyle w:val="FormSection"/>
      </w:pPr>
      <w:r>
        <w:rPr>
          <w:lang w:val="bg-BG" w:eastAsia="bg-BG"/>
        </w:rPr>
        <w:t>МОТИВИ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AA66E3" w14:paraId="64515F13" w14:textId="77777777" w:rsidTr="008807C3">
        <w:trPr>
          <w:cantSplit/>
          <w:trHeight w:val="2393"/>
          <w:jc w:val="center"/>
        </w:trPr>
        <w:tc>
          <w:tcPr>
            <w:tcW w:w="9865" w:type="dxa"/>
            <w:tcMar>
              <w:top w:w="135" w:type="dxa"/>
              <w:left w:w="120" w:type="dxa"/>
              <w:bottom w:w="135" w:type="dxa"/>
              <w:right w:w="120" w:type="dxa"/>
            </w:tcMar>
            <w:vAlign w:val="center"/>
          </w:tcPr>
          <w:p w14:paraId="0435164E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  <w:r>
              <w:rPr>
                <w:lang w:val="bg-BG" w:eastAsia="bg-BG"/>
              </w:rPr>
              <w:t xml:space="preserve"> </w:t>
            </w:r>
          </w:p>
          <w:p w14:paraId="4053AF19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42894494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79DF469E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2826CB75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11B45BD1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747D5247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1E9A2502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4D2B3DCB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6D4E9411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7C5ABAC7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395CAE67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6D209328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1CBDA94A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29698296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18EDEA72" w14:textId="77777777" w:rsidR="00AA66E3" w:rsidRDefault="00AA66E3">
            <w:pPr>
              <w:spacing w:after="0"/>
              <w:jc w:val="left"/>
              <w:rPr>
                <w:lang w:val="bg-BG" w:eastAsia="bg-BG"/>
              </w:rPr>
            </w:pPr>
          </w:p>
          <w:p w14:paraId="27FBD69B" w14:textId="77777777" w:rsidR="00AA66E3" w:rsidRDefault="00AA66E3">
            <w:pPr>
              <w:spacing w:after="0"/>
              <w:jc w:val="left"/>
            </w:pPr>
          </w:p>
          <w:p w14:paraId="03A54F29" w14:textId="77777777" w:rsidR="00AA66E3" w:rsidRDefault="00AA66E3">
            <w:pPr>
              <w:spacing w:after="0"/>
              <w:jc w:val="left"/>
            </w:pPr>
            <w:r>
              <w:rPr>
                <w:lang w:val="bg-BG" w:eastAsia="bg-BG"/>
              </w:rPr>
              <w:t xml:space="preserve"> </w:t>
            </w:r>
          </w:p>
          <w:p w14:paraId="77DA7A6F" w14:textId="77777777" w:rsidR="00AA66E3" w:rsidRDefault="00AA66E3">
            <w:pPr>
              <w:spacing w:after="0"/>
              <w:jc w:val="left"/>
            </w:pPr>
            <w:r>
              <w:rPr>
                <w:lang w:val="bg-BG" w:eastAsia="bg-BG"/>
              </w:rPr>
              <w:t xml:space="preserve"> </w:t>
            </w:r>
          </w:p>
          <w:p w14:paraId="1397EA6A" w14:textId="77777777" w:rsidR="00AA66E3" w:rsidRDefault="00AA66E3">
            <w:pPr>
              <w:spacing w:after="0"/>
              <w:jc w:val="left"/>
            </w:pPr>
            <w:r>
              <w:rPr>
                <w:lang w:val="bg-BG" w:eastAsia="bg-BG"/>
              </w:rPr>
              <w:t xml:space="preserve"> </w:t>
            </w:r>
          </w:p>
          <w:p w14:paraId="044589BE" w14:textId="77777777" w:rsidR="00AA66E3" w:rsidRDefault="00AA66E3" w:rsidP="008807C3">
            <w:pPr>
              <w:spacing w:after="0"/>
              <w:jc w:val="left"/>
              <w:rPr>
                <w:lang w:val="bg-BG" w:eastAsia="bg-BG"/>
              </w:rPr>
            </w:pPr>
            <w:r>
              <w:rPr>
                <w:lang w:val="bg-BG" w:eastAsia="bg-BG"/>
              </w:rPr>
              <w:t xml:space="preserve"> </w:t>
            </w:r>
          </w:p>
          <w:p w14:paraId="7DD347BD" w14:textId="77777777" w:rsidR="0090435E" w:rsidRDefault="0090435E" w:rsidP="008807C3">
            <w:pPr>
              <w:spacing w:after="0"/>
              <w:jc w:val="left"/>
              <w:rPr>
                <w:lang w:val="bg-BG" w:eastAsia="bg-BG"/>
              </w:rPr>
            </w:pPr>
          </w:p>
          <w:p w14:paraId="35965BED" w14:textId="4608A22C" w:rsidR="0090435E" w:rsidRDefault="0090435E" w:rsidP="008807C3">
            <w:pPr>
              <w:spacing w:after="0"/>
              <w:jc w:val="left"/>
            </w:pPr>
          </w:p>
        </w:tc>
      </w:tr>
    </w:tbl>
    <w:p w14:paraId="336E84D2" w14:textId="77777777" w:rsidR="00A779D7" w:rsidRDefault="00000000">
      <w:pPr>
        <w:pStyle w:val="FormSection"/>
      </w:pPr>
      <w:r>
        <w:rPr>
          <w:lang w:val="bg-BG" w:eastAsia="bg-BG"/>
        </w:rPr>
        <w:t>ПРИЛОЖЕНИ ДОКУМЕНТИ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98"/>
      </w:tblGrid>
      <w:tr w:rsidR="00A779D7" w14:paraId="29B5136F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EA374B" w14:textId="77777777" w:rsidR="00A779D7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1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580B45" w14:textId="579A571F" w:rsidR="00A779D7" w:rsidRDefault="00A779D7">
            <w:pPr>
              <w:spacing w:after="0"/>
              <w:jc w:val="left"/>
            </w:pPr>
          </w:p>
        </w:tc>
      </w:tr>
      <w:tr w:rsidR="00A779D7" w14:paraId="2CCE9A3B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B75A1A" w14:textId="77777777" w:rsidR="00A779D7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2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084F14" w14:textId="570D1621" w:rsidR="00A779D7" w:rsidRDefault="00A779D7">
            <w:pPr>
              <w:spacing w:after="0"/>
              <w:jc w:val="left"/>
            </w:pPr>
          </w:p>
        </w:tc>
      </w:tr>
      <w:tr w:rsidR="00A779D7" w14:paraId="36C0534C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FF9125" w14:textId="77777777" w:rsidR="00A779D7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3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6FE566" w14:textId="2C16CFF9" w:rsidR="00A779D7" w:rsidRDefault="00A779D7">
            <w:pPr>
              <w:spacing w:after="0"/>
              <w:jc w:val="left"/>
            </w:pPr>
          </w:p>
        </w:tc>
      </w:tr>
      <w:tr w:rsidR="00A779D7" w14:paraId="70D64573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484AE7" w14:textId="77777777" w:rsidR="00A779D7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4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6E2D8C" w14:textId="02355116" w:rsidR="00A779D7" w:rsidRDefault="00A779D7">
            <w:pPr>
              <w:spacing w:after="0"/>
              <w:jc w:val="left"/>
            </w:pPr>
          </w:p>
        </w:tc>
      </w:tr>
    </w:tbl>
    <w:p w14:paraId="6DF98917" w14:textId="77777777" w:rsidR="00AA66E3" w:rsidRDefault="00AA66E3">
      <w:pPr>
        <w:spacing w:after="40"/>
        <w:rPr>
          <w:lang w:val="bg-BG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A779D7" w14:paraId="765E05EA" w14:textId="77777777" w:rsidTr="00AA66E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CAE144" w14:textId="77777777" w:rsidR="00A779D7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30CE11" w14:textId="77777777" w:rsidR="00A779D7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Заявител: ........................................</w:t>
            </w:r>
          </w:p>
        </w:tc>
      </w:tr>
      <w:tr w:rsidR="00A779D7" w14:paraId="1EF95549" w14:textId="77777777" w:rsidTr="00AA66E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5D480" w14:textId="77777777" w:rsidR="00A779D7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гр. Добрич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85FAF5" w14:textId="0AFC6412" w:rsidR="00A779D7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 xml:space="preserve">Родител: </w:t>
            </w:r>
            <w:r w:rsidR="00AA66E3">
              <w:rPr>
                <w:sz w:val="21"/>
                <w:lang w:val="bg-BG" w:eastAsia="bg-BG"/>
              </w:rPr>
              <w:t xml:space="preserve"> </w:t>
            </w:r>
            <w:r>
              <w:rPr>
                <w:sz w:val="21"/>
                <w:lang w:val="bg-BG" w:eastAsia="bg-BG"/>
              </w:rPr>
              <w:t>........................................</w:t>
            </w:r>
          </w:p>
        </w:tc>
      </w:tr>
    </w:tbl>
    <w:p w14:paraId="28F5CDD8" w14:textId="4531C657" w:rsidR="00AA66E3" w:rsidRPr="00AA66E3" w:rsidRDefault="00AA66E3" w:rsidP="00AA66E3">
      <w:pPr>
        <w:tabs>
          <w:tab w:val="left" w:pos="990"/>
        </w:tabs>
        <w:rPr>
          <w:sz w:val="2"/>
          <w:szCs w:val="2"/>
          <w:lang w:val="bg-BG"/>
        </w:rPr>
      </w:pPr>
    </w:p>
    <w:sectPr w:rsidR="00AA66E3" w:rsidRPr="00AA66E3" w:rsidSect="00034616">
      <w:footerReference w:type="default" r:id="rId8"/>
      <w:pgSz w:w="11906" w:h="16838"/>
      <w:pgMar w:top="822" w:right="964" w:bottom="822" w:left="964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6372F" w14:textId="77777777" w:rsidR="00D30104" w:rsidRDefault="00D30104">
      <w:pPr>
        <w:spacing w:after="0"/>
      </w:pPr>
      <w:r>
        <w:separator/>
      </w:r>
    </w:p>
  </w:endnote>
  <w:endnote w:type="continuationSeparator" w:id="0">
    <w:p w14:paraId="7D45BE31" w14:textId="77777777" w:rsidR="00D30104" w:rsidRDefault="00D301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E626" w14:textId="77777777" w:rsidR="00A779D7" w:rsidRDefault="00000000">
    <w:pPr>
      <w:pStyle w:val="Footer"/>
      <w:jc w:val="center"/>
    </w:pPr>
    <w:r>
      <w:rPr>
        <w:sz w:val="18"/>
        <w:lang w:val="bg-BG" w:eastAsia="bg-BG"/>
      </w:rPr>
      <w:t xml:space="preserve">Страница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PAGE</w:instrText>
    </w:r>
    <w:r w:rsidR="00AA66E3">
      <w:rPr>
        <w:sz w:val="18"/>
        <w:lang w:val="bg-BG" w:eastAsia="bg-BG"/>
      </w:rPr>
      <w:fldChar w:fldCharType="separate"/>
    </w:r>
    <w:r w:rsidR="00AA66E3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  <w:r>
      <w:rPr>
        <w:sz w:val="18"/>
        <w:lang w:val="bg-BG" w:eastAsia="bg-BG"/>
      </w:rPr>
      <w:t xml:space="preserve"> от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NUMPAGES</w:instrText>
    </w:r>
    <w:r w:rsidR="00AA66E3">
      <w:rPr>
        <w:sz w:val="18"/>
        <w:lang w:val="bg-BG" w:eastAsia="bg-BG"/>
      </w:rPr>
      <w:fldChar w:fldCharType="separate"/>
    </w:r>
    <w:r w:rsidR="00AA66E3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5BC0" w14:textId="77777777" w:rsidR="00D30104" w:rsidRDefault="00D30104">
      <w:pPr>
        <w:spacing w:after="0"/>
      </w:pPr>
      <w:r>
        <w:separator/>
      </w:r>
    </w:p>
  </w:footnote>
  <w:footnote w:type="continuationSeparator" w:id="0">
    <w:p w14:paraId="0F467F19" w14:textId="77777777" w:rsidR="00D30104" w:rsidRDefault="00D3010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892818">
    <w:abstractNumId w:val="8"/>
  </w:num>
  <w:num w:numId="2" w16cid:durableId="674304023">
    <w:abstractNumId w:val="6"/>
  </w:num>
  <w:num w:numId="3" w16cid:durableId="1430394193">
    <w:abstractNumId w:val="5"/>
  </w:num>
  <w:num w:numId="4" w16cid:durableId="1417047145">
    <w:abstractNumId w:val="4"/>
  </w:num>
  <w:num w:numId="5" w16cid:durableId="1037704663">
    <w:abstractNumId w:val="7"/>
  </w:num>
  <w:num w:numId="6" w16cid:durableId="1545555254">
    <w:abstractNumId w:val="3"/>
  </w:num>
  <w:num w:numId="7" w16cid:durableId="1074015548">
    <w:abstractNumId w:val="2"/>
  </w:num>
  <w:num w:numId="8" w16cid:durableId="491529521">
    <w:abstractNumId w:val="1"/>
  </w:num>
  <w:num w:numId="9" w16cid:durableId="700473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7A9"/>
    <w:rsid w:val="0029639D"/>
    <w:rsid w:val="00326F90"/>
    <w:rsid w:val="00705A9E"/>
    <w:rsid w:val="0090435E"/>
    <w:rsid w:val="009F70F8"/>
    <w:rsid w:val="00A657D5"/>
    <w:rsid w:val="00A70235"/>
    <w:rsid w:val="00A779D7"/>
    <w:rsid w:val="00AA1D8D"/>
    <w:rsid w:val="00AA66E3"/>
    <w:rsid w:val="00B47730"/>
    <w:rsid w:val="00CB0664"/>
    <w:rsid w:val="00D30104"/>
    <w:rsid w:val="00DB36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559F6"/>
  <w14:defaultImageDpi w14:val="330"/>
  <w15:docId w15:val="{9051BC17-06D5-4BAE-BD02-3A6DE390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80" w:after="14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40"/>
      <w:jc w:val="center"/>
    </w:pPr>
    <w:rPr>
      <w:rFonts w:ascii="Times New Roman" w:eastAsia="Times New Roman" w:hAnsi="Times New Roman" w:cs="Times New Roman"/>
      <w:i/>
      <w:color w:val="000000"/>
      <w:sz w:val="19"/>
    </w:rPr>
  </w:style>
  <w:style w:type="paragraph" w:customStyle="1" w:styleId="FormSection">
    <w:name w:val="Form Section"/>
    <w:pPr>
      <w:keepNext/>
      <w:spacing w:before="120" w:after="60"/>
    </w:pPr>
    <w:rPr>
      <w:rFonts w:ascii="Times New Roman" w:eastAsia="Times New Roman" w:hAnsi="Times New Roman" w:cs="Times New Roman"/>
      <w:b/>
      <w:color w:val="000000"/>
      <w:sz w:val="23"/>
    </w:rPr>
  </w:style>
  <w:style w:type="paragraph" w:customStyle="1" w:styleId="DocumentSubtitle">
    <w:name w:val="Document Subtitle"/>
    <w:pPr>
      <w:keepNext/>
      <w:spacing w:after="160"/>
      <w:jc w:val="center"/>
    </w:pPr>
    <w:rPr>
      <w:rFonts w:ascii="Times New Roman" w:eastAsia="Times New Roman" w:hAnsi="Times New Roman" w:cs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4 заявление за еднократна стипендия</vt:lpstr>
    </vt:vector>
  </TitlesOfParts>
  <Manager/>
  <Company/>
  <LinksUpToDate>false</LinksUpToDate>
  <CharactersWithSpaces>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 заявление за еднократна стипендия</dc:title>
  <dc:subject>Стипендии за учебната 2026/2027 година</dc:subject>
  <dc:creator>ПМГ „Иван Вазов“ - Добрич</dc:creator>
  <cp:keywords/>
  <dc:description>generated by python-docx</dc:description>
  <cp:lastModifiedBy>Милена Г. Николова</cp:lastModifiedBy>
  <cp:revision>2</cp:revision>
  <cp:lastPrinted>2026-10-07T14:41:00Z</cp:lastPrinted>
  <dcterms:created xsi:type="dcterms:W3CDTF">2026-10-07T14:42:00Z</dcterms:created>
  <dcterms:modified xsi:type="dcterms:W3CDTF">2026-10-07T14:42:00Z</dcterms:modified>
  <cp:category/>
  <dc:language>bg-BG</dc:language>
</cp:coreProperties>
</file>