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F075" w14:textId="77777777" w:rsidR="00625E05" w:rsidRPr="00085EA5" w:rsidRDefault="00000000">
      <w:pPr>
        <w:keepNext/>
        <w:spacing w:after="40"/>
        <w:jc w:val="right"/>
        <w:rPr>
          <w:sz w:val="24"/>
          <w:szCs w:val="24"/>
        </w:rPr>
      </w:pPr>
      <w:r w:rsidRPr="00085EA5">
        <w:rPr>
          <w:b/>
          <w:sz w:val="24"/>
          <w:szCs w:val="24"/>
          <w:lang w:val="bg-BG" w:eastAsia="bg-BG"/>
        </w:rPr>
        <w:t>Приложение № 3</w:t>
      </w:r>
    </w:p>
    <w:p w14:paraId="6B0D9BAD" w14:textId="084904F8" w:rsidR="00625E05" w:rsidRPr="00085EA5" w:rsidRDefault="00000000" w:rsidP="00D777BA">
      <w:pPr>
        <w:keepNext/>
        <w:spacing w:after="0"/>
        <w:jc w:val="center"/>
        <w:rPr>
          <w:sz w:val="24"/>
          <w:szCs w:val="24"/>
        </w:rPr>
      </w:pPr>
      <w:r w:rsidRPr="00085EA5">
        <w:rPr>
          <w:b/>
          <w:sz w:val="24"/>
          <w:szCs w:val="24"/>
          <w:lang w:val="bg-BG" w:eastAsia="bg-BG"/>
        </w:rPr>
        <w:t>ПРИРОДОМАТЕМАТИЧЕСКА ГИМНАЗИЯ„ИВАН ВАЗОВ“ - ГРАД ДОБРИЧ</w:t>
      </w:r>
    </w:p>
    <w:p w14:paraId="46B83255" w14:textId="77777777" w:rsidR="00D777BA" w:rsidRPr="00085EA5" w:rsidRDefault="00D777BA">
      <w:pPr>
        <w:pStyle w:val="Titl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84FE3F" w14:textId="20062EAA" w:rsidR="00625E05" w:rsidRPr="00085EA5" w:rsidRDefault="00000000">
      <w:pPr>
        <w:pStyle w:val="Title"/>
        <w:rPr>
          <w:sz w:val="24"/>
          <w:szCs w:val="24"/>
        </w:rPr>
      </w:pPr>
      <w:r w:rsidRPr="00085E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ЗАЯВЛЕНИЕ-ДЕКЛАРАЦИЯ</w:t>
      </w:r>
    </w:p>
    <w:p w14:paraId="7E1ABEA7" w14:textId="77777777" w:rsidR="00625E05" w:rsidRPr="00085EA5" w:rsidRDefault="00000000">
      <w:pPr>
        <w:pStyle w:val="DocumentSubtitle"/>
        <w:rPr>
          <w:sz w:val="24"/>
          <w:szCs w:val="24"/>
          <w:lang w:eastAsia="bg-BG"/>
        </w:rPr>
      </w:pPr>
      <w:r w:rsidRPr="00085EA5">
        <w:rPr>
          <w:sz w:val="24"/>
          <w:szCs w:val="24"/>
          <w:lang w:val="bg-BG" w:eastAsia="bg-BG"/>
        </w:rPr>
        <w:t>за ученици с трайни увреждания и за ученици без родители или с един родител</w:t>
      </w:r>
    </w:p>
    <w:p w14:paraId="13E785FF" w14:textId="77777777" w:rsidR="00D777BA" w:rsidRPr="00085EA5" w:rsidRDefault="00D777BA">
      <w:pPr>
        <w:pStyle w:val="DocumentSubtitle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8051"/>
      </w:tblGrid>
      <w:tr w:rsidR="00625E05" w:rsidRPr="00085EA5" w14:paraId="74D04B66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111F7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b/>
                <w:sz w:val="24"/>
                <w:szCs w:val="24"/>
                <w:lang w:val="bg-BG" w:eastAsia="bg-BG"/>
              </w:rPr>
              <w:t>Трите имена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EB0FF7" w14:textId="340C538A" w:rsidR="00625E05" w:rsidRPr="00085EA5" w:rsidRDefault="00625E05">
            <w:pPr>
              <w:spacing w:after="0"/>
              <w:jc w:val="left"/>
              <w:rPr>
                <w:sz w:val="24"/>
                <w:szCs w:val="24"/>
              </w:rPr>
            </w:pPr>
          </w:p>
        </w:tc>
      </w:tr>
      <w:tr w:rsidR="00625E05" w:rsidRPr="00085EA5" w14:paraId="39F82068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E96BA2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b/>
                <w:sz w:val="24"/>
                <w:szCs w:val="24"/>
                <w:lang w:val="bg-BG" w:eastAsia="bg-BG"/>
              </w:rPr>
              <w:t>Настоящ адрес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D30F21" w14:textId="57EDAF0C" w:rsidR="00625E05" w:rsidRPr="00085EA5" w:rsidRDefault="00625E05">
            <w:pPr>
              <w:spacing w:after="0"/>
              <w:jc w:val="left"/>
              <w:rPr>
                <w:sz w:val="24"/>
                <w:szCs w:val="24"/>
              </w:rPr>
            </w:pPr>
          </w:p>
        </w:tc>
      </w:tr>
      <w:tr w:rsidR="00625E05" w:rsidRPr="00085EA5" w14:paraId="66D0E37E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001131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b/>
                <w:sz w:val="24"/>
                <w:szCs w:val="24"/>
                <w:lang w:val="bg-BG" w:eastAsia="bg-BG"/>
              </w:rPr>
              <w:t>Клас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075B8" w14:textId="54613800" w:rsidR="00625E05" w:rsidRPr="00085EA5" w:rsidRDefault="00625E05">
            <w:pPr>
              <w:spacing w:after="0"/>
              <w:jc w:val="left"/>
              <w:rPr>
                <w:sz w:val="24"/>
                <w:szCs w:val="24"/>
              </w:rPr>
            </w:pPr>
          </w:p>
        </w:tc>
      </w:tr>
    </w:tbl>
    <w:p w14:paraId="3073AB19" w14:textId="77777777" w:rsidR="00D777BA" w:rsidRPr="00085EA5" w:rsidRDefault="00D777BA">
      <w:pPr>
        <w:spacing w:before="100" w:after="80"/>
        <w:rPr>
          <w:sz w:val="24"/>
          <w:szCs w:val="24"/>
          <w:lang w:eastAsia="bg-BG"/>
        </w:rPr>
      </w:pPr>
    </w:p>
    <w:p w14:paraId="76B435D5" w14:textId="2B59D601" w:rsidR="00625E05" w:rsidRPr="00085EA5" w:rsidRDefault="00000000">
      <w:pPr>
        <w:spacing w:before="100" w:after="80"/>
        <w:rPr>
          <w:sz w:val="24"/>
          <w:szCs w:val="24"/>
          <w:lang w:eastAsia="bg-BG"/>
        </w:rPr>
      </w:pPr>
      <w:r w:rsidRPr="00085EA5">
        <w:rPr>
          <w:sz w:val="24"/>
          <w:szCs w:val="24"/>
          <w:lang w:val="bg-BG" w:eastAsia="bg-BG"/>
        </w:rPr>
        <w:t>Заявявам желанието си да получавам месечна стипендия на следното основание: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95"/>
        <w:gridCol w:w="5103"/>
      </w:tblGrid>
      <w:tr w:rsidR="00625E05" w:rsidRPr="00085EA5" w14:paraId="6F3C4293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821D25" w14:textId="77777777" w:rsidR="00625E05" w:rsidRPr="00085EA5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□</w:t>
            </w:r>
          </w:p>
        </w:tc>
        <w:tc>
          <w:tcPr>
            <w:tcW w:w="419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A4FC84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Подпомагане на ученик с трайно увреждане</w:t>
            </w:r>
          </w:p>
        </w:tc>
        <w:tc>
          <w:tcPr>
            <w:tcW w:w="51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783956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Прилага се копие от валидно експертно решение на ТЕЛК/НЕЛК.</w:t>
            </w:r>
          </w:p>
        </w:tc>
      </w:tr>
      <w:tr w:rsidR="00625E05" w:rsidRPr="00085EA5" w14:paraId="1D6164C6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D2F34A" w14:textId="77777777" w:rsidR="00625E05" w:rsidRPr="00085EA5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□</w:t>
            </w:r>
          </w:p>
        </w:tc>
        <w:tc>
          <w:tcPr>
            <w:tcW w:w="419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CC61AF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Ученик без родители или с един родител</w:t>
            </w:r>
          </w:p>
        </w:tc>
        <w:tc>
          <w:tcPr>
            <w:tcW w:w="51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CC3D89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Прилагат се документи, удостоверяващи обстоятелството, и акт за раждане.</w:t>
            </w:r>
          </w:p>
        </w:tc>
      </w:tr>
    </w:tbl>
    <w:p w14:paraId="68C9CD95" w14:textId="77777777" w:rsidR="00D777BA" w:rsidRPr="00085EA5" w:rsidRDefault="00D777BA">
      <w:pPr>
        <w:pStyle w:val="FormSection"/>
        <w:rPr>
          <w:sz w:val="24"/>
          <w:szCs w:val="24"/>
          <w:lang w:eastAsia="bg-BG"/>
        </w:rPr>
      </w:pPr>
    </w:p>
    <w:p w14:paraId="583CAA92" w14:textId="2EBC597D" w:rsidR="00625E05" w:rsidRPr="00085EA5" w:rsidRDefault="005364FE" w:rsidP="005364FE">
      <w:pPr>
        <w:pStyle w:val="FormSection"/>
        <w:rPr>
          <w:sz w:val="24"/>
          <w:szCs w:val="24"/>
        </w:rPr>
      </w:pPr>
      <w:r w:rsidRPr="00085EA5">
        <w:rPr>
          <w:b w:val="0"/>
          <w:sz w:val="24"/>
          <w:szCs w:val="24"/>
          <w:lang w:val="bg-BG" w:eastAsia="bg-BG"/>
        </w:rPr>
        <w:t xml:space="preserve">    </w:t>
      </w:r>
      <w:r w:rsidRPr="00085EA5">
        <w:rPr>
          <w:b w:val="0"/>
          <w:sz w:val="24"/>
          <w:szCs w:val="24"/>
          <w:lang w:val="bg-BG" w:eastAsia="bg-BG"/>
        </w:rPr>
        <w:t>□</w:t>
      </w:r>
      <w:r w:rsidRPr="00085EA5">
        <w:rPr>
          <w:b w:val="0"/>
          <w:sz w:val="24"/>
          <w:szCs w:val="24"/>
          <w:lang w:val="bg-BG" w:eastAsia="bg-BG"/>
        </w:rPr>
        <w:t xml:space="preserve">  </w:t>
      </w:r>
      <w:r w:rsidR="00000000" w:rsidRPr="00085EA5">
        <w:rPr>
          <w:sz w:val="24"/>
          <w:szCs w:val="24"/>
          <w:lang w:val="bg-BG" w:eastAsia="bg-BG"/>
        </w:rPr>
        <w:t>ДЕКЛАРИРАМ</w:t>
      </w:r>
      <w:r w:rsidR="00D777BA" w:rsidRPr="00085EA5">
        <w:rPr>
          <w:sz w:val="24"/>
          <w:szCs w:val="24"/>
          <w:lang w:val="bg-BG" w:eastAsia="bg-BG"/>
        </w:rPr>
        <w:t xml:space="preserve">, </w:t>
      </w:r>
      <w:r w:rsidR="00D777BA" w:rsidRPr="00085EA5">
        <w:rPr>
          <w:caps/>
          <w:sz w:val="24"/>
          <w:szCs w:val="24"/>
          <w:lang w:val="bg-BG" w:eastAsia="bg-BG"/>
        </w:rPr>
        <w:t>Че Нямам н</w:t>
      </w:r>
      <w:r w:rsidR="00000000" w:rsidRPr="00085EA5">
        <w:rPr>
          <w:caps/>
          <w:sz w:val="24"/>
          <w:szCs w:val="24"/>
          <w:lang w:val="bg-BG" w:eastAsia="bg-BG"/>
        </w:rPr>
        <w:t>аложени санкции</w:t>
      </w:r>
      <w:r w:rsidR="00000000" w:rsidRPr="00085EA5">
        <w:rPr>
          <w:sz w:val="24"/>
          <w:szCs w:val="24"/>
          <w:lang w:val="bg-BG" w:eastAsia="bg-BG"/>
        </w:rPr>
        <w:t xml:space="preserve"> </w:t>
      </w:r>
    </w:p>
    <w:p w14:paraId="66A2FC0E" w14:textId="77777777" w:rsidR="00D777BA" w:rsidRPr="00085EA5" w:rsidRDefault="00D777BA">
      <w:pPr>
        <w:pStyle w:val="FormSection"/>
        <w:rPr>
          <w:sz w:val="24"/>
          <w:szCs w:val="24"/>
          <w:lang w:eastAsia="bg-BG"/>
        </w:rPr>
      </w:pPr>
    </w:p>
    <w:p w14:paraId="2A689A40" w14:textId="20E0AEEA" w:rsidR="00625E05" w:rsidRPr="00085EA5" w:rsidRDefault="00000000">
      <w:pPr>
        <w:pStyle w:val="FormSection"/>
        <w:rPr>
          <w:sz w:val="24"/>
          <w:szCs w:val="24"/>
        </w:rPr>
      </w:pPr>
      <w:r w:rsidRPr="00085EA5">
        <w:rPr>
          <w:sz w:val="24"/>
          <w:szCs w:val="24"/>
          <w:lang w:val="bg-BG" w:eastAsia="bg-BG"/>
        </w:rPr>
        <w:t>ПРИЛОЖЕНИ ДОКУМЕНТИ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98"/>
      </w:tblGrid>
      <w:tr w:rsidR="00625E05" w:rsidRPr="00085EA5" w14:paraId="5215437A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F262B8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C1DBAD" w14:textId="36DC5CAF" w:rsidR="00625E05" w:rsidRPr="00085EA5" w:rsidRDefault="00D777BA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Банков документ за сметка на името на ученика</w:t>
            </w:r>
          </w:p>
        </w:tc>
      </w:tr>
      <w:tr w:rsidR="00625E05" w:rsidRPr="00085EA5" w14:paraId="5A2946C4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CA920A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5140A1" w14:textId="3EDC66D6" w:rsidR="00625E05" w:rsidRPr="00085EA5" w:rsidRDefault="00625E05">
            <w:pPr>
              <w:spacing w:after="0"/>
              <w:jc w:val="left"/>
              <w:rPr>
                <w:sz w:val="24"/>
                <w:szCs w:val="24"/>
              </w:rPr>
            </w:pPr>
          </w:p>
        </w:tc>
      </w:tr>
      <w:tr w:rsidR="00625E05" w:rsidRPr="00085EA5" w14:paraId="754500F9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8CA4B7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9806AD" w14:textId="2862019A" w:rsidR="00625E05" w:rsidRPr="00085EA5" w:rsidRDefault="00625E05">
            <w:pPr>
              <w:spacing w:after="0"/>
              <w:jc w:val="left"/>
              <w:rPr>
                <w:sz w:val="24"/>
                <w:szCs w:val="24"/>
              </w:rPr>
            </w:pPr>
          </w:p>
        </w:tc>
      </w:tr>
      <w:tr w:rsidR="00625E05" w:rsidRPr="00085EA5" w14:paraId="09A8A41C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434066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0A7147" w14:textId="52E42CF6" w:rsidR="00625E05" w:rsidRPr="00085EA5" w:rsidRDefault="00625E05">
            <w:pPr>
              <w:spacing w:after="0"/>
              <w:jc w:val="left"/>
              <w:rPr>
                <w:sz w:val="24"/>
                <w:szCs w:val="24"/>
              </w:rPr>
            </w:pPr>
          </w:p>
        </w:tc>
      </w:tr>
    </w:tbl>
    <w:p w14:paraId="3906E507" w14:textId="77777777" w:rsidR="00D777BA" w:rsidRPr="00085EA5" w:rsidRDefault="00D777BA">
      <w:pPr>
        <w:pStyle w:val="FormSection"/>
        <w:rPr>
          <w:sz w:val="24"/>
          <w:szCs w:val="24"/>
          <w:lang w:eastAsia="bg-BG"/>
        </w:rPr>
      </w:pPr>
    </w:p>
    <w:p w14:paraId="25AC8EA1" w14:textId="38A55050" w:rsidR="00625E05" w:rsidRPr="00085EA5" w:rsidRDefault="00000000">
      <w:pPr>
        <w:pStyle w:val="FormSection"/>
        <w:rPr>
          <w:sz w:val="24"/>
          <w:szCs w:val="24"/>
        </w:rPr>
      </w:pPr>
      <w:r w:rsidRPr="00085EA5">
        <w:rPr>
          <w:sz w:val="24"/>
          <w:szCs w:val="24"/>
          <w:lang w:val="bg-BG" w:eastAsia="bg-BG"/>
        </w:rPr>
        <w:t>ЗАВЕРКА ОТ КЛАСНИЯ РЪКОВОДИТЕЛ</w:t>
      </w:r>
    </w:p>
    <w:p w14:paraId="67E882C3" w14:textId="3B2C056C" w:rsidR="00625E05" w:rsidRPr="00085EA5" w:rsidRDefault="00000000">
      <w:pPr>
        <w:spacing w:after="80"/>
        <w:rPr>
          <w:sz w:val="24"/>
          <w:szCs w:val="24"/>
          <w:lang w:eastAsia="bg-BG"/>
        </w:rPr>
      </w:pPr>
      <w:r w:rsidRPr="00085EA5">
        <w:rPr>
          <w:sz w:val="24"/>
          <w:szCs w:val="24"/>
          <w:lang w:val="bg-BG" w:eastAsia="bg-BG"/>
        </w:rPr>
        <w:t>След проверка в електронния дневник удостоверявам посочените обстоятелства.</w:t>
      </w:r>
    </w:p>
    <w:p w14:paraId="564BE537" w14:textId="77777777" w:rsidR="00D777BA" w:rsidRPr="00085EA5" w:rsidRDefault="00D777BA">
      <w:pPr>
        <w:spacing w:after="8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625E05" w:rsidRPr="00085EA5" w14:paraId="1EC0F88B" w14:textId="77777777" w:rsidTr="002C65C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ED6F98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Класен ръководител: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DF049D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Подпис: ........................................</w:t>
            </w:r>
          </w:p>
        </w:tc>
      </w:tr>
      <w:tr w:rsidR="00336F19" w:rsidRPr="00085EA5" w14:paraId="7E2FBA8B" w14:textId="77777777" w:rsidTr="002C65C3">
        <w:trPr>
          <w:cantSplit/>
          <w:jc w:val="center"/>
        </w:trPr>
        <w:tc>
          <w:tcPr>
            <w:tcW w:w="9864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5CA535" w14:textId="77777777" w:rsidR="00336F19" w:rsidRPr="00085EA5" w:rsidRDefault="00336F19">
            <w:pPr>
              <w:spacing w:after="0"/>
              <w:jc w:val="left"/>
              <w:rPr>
                <w:sz w:val="24"/>
                <w:szCs w:val="24"/>
                <w:lang w:val="bg-BG" w:eastAsia="bg-BG"/>
              </w:rPr>
            </w:pPr>
          </w:p>
          <w:p w14:paraId="688D7103" w14:textId="77777777" w:rsidR="00336F19" w:rsidRPr="00085EA5" w:rsidRDefault="00336F19">
            <w:pPr>
              <w:spacing w:after="0"/>
              <w:jc w:val="left"/>
              <w:rPr>
                <w:sz w:val="24"/>
                <w:szCs w:val="24"/>
                <w:lang w:val="bg-BG" w:eastAsia="bg-BG"/>
              </w:rPr>
            </w:pPr>
          </w:p>
          <w:p w14:paraId="403432AB" w14:textId="77777777" w:rsidR="00336F19" w:rsidRPr="00085EA5" w:rsidRDefault="00336F19">
            <w:pPr>
              <w:spacing w:after="0"/>
              <w:jc w:val="left"/>
              <w:rPr>
                <w:sz w:val="24"/>
                <w:szCs w:val="24"/>
                <w:lang w:eastAsia="bg-BG"/>
              </w:rPr>
            </w:pPr>
          </w:p>
          <w:p w14:paraId="78974631" w14:textId="77777777" w:rsidR="002C65C3" w:rsidRPr="00085EA5" w:rsidRDefault="002C65C3">
            <w:pPr>
              <w:spacing w:after="0"/>
              <w:jc w:val="left"/>
              <w:rPr>
                <w:sz w:val="24"/>
                <w:szCs w:val="24"/>
                <w:lang w:eastAsia="bg-BG"/>
              </w:rPr>
            </w:pPr>
          </w:p>
          <w:p w14:paraId="6E9F3F2F" w14:textId="77777777" w:rsidR="00336F19" w:rsidRPr="00085EA5" w:rsidRDefault="00336F19">
            <w:pPr>
              <w:spacing w:after="0"/>
              <w:jc w:val="left"/>
              <w:rPr>
                <w:sz w:val="24"/>
                <w:szCs w:val="24"/>
                <w:lang w:val="bg-BG" w:eastAsia="bg-BG"/>
              </w:rPr>
            </w:pPr>
          </w:p>
          <w:p w14:paraId="3C9D6B72" w14:textId="77777777" w:rsidR="00336F19" w:rsidRPr="00085EA5" w:rsidRDefault="00336F19">
            <w:pPr>
              <w:spacing w:after="0"/>
              <w:jc w:val="left"/>
              <w:rPr>
                <w:sz w:val="24"/>
                <w:szCs w:val="24"/>
                <w:lang w:val="bg-BG" w:eastAsia="bg-BG"/>
              </w:rPr>
            </w:pPr>
          </w:p>
        </w:tc>
      </w:tr>
      <w:tr w:rsidR="00625E05" w:rsidRPr="00085EA5" w14:paraId="33CABD29" w14:textId="77777777" w:rsidTr="002C65C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4D494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Декларатор: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0BEE89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Дата: ........................................</w:t>
            </w:r>
          </w:p>
        </w:tc>
      </w:tr>
      <w:tr w:rsidR="00625E05" w:rsidRPr="00085EA5" w14:paraId="4AEEBA12" w14:textId="77777777" w:rsidTr="002C65C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79B00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Родител/настойник: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91FEF5" w14:textId="77777777" w:rsidR="00625E05" w:rsidRPr="00085EA5" w:rsidRDefault="00000000">
            <w:pPr>
              <w:spacing w:after="0"/>
              <w:jc w:val="left"/>
              <w:rPr>
                <w:sz w:val="24"/>
                <w:szCs w:val="24"/>
              </w:rPr>
            </w:pPr>
            <w:r w:rsidRPr="00085EA5">
              <w:rPr>
                <w:sz w:val="24"/>
                <w:szCs w:val="24"/>
                <w:lang w:val="bg-BG" w:eastAsia="bg-BG"/>
              </w:rPr>
              <w:t>гр. Добрич</w:t>
            </w:r>
          </w:p>
        </w:tc>
      </w:tr>
    </w:tbl>
    <w:p w14:paraId="43651FCD" w14:textId="77777777" w:rsidR="004D6562" w:rsidRPr="00085EA5" w:rsidRDefault="004D6562">
      <w:pPr>
        <w:rPr>
          <w:sz w:val="2"/>
          <w:szCs w:val="2"/>
        </w:rPr>
      </w:pPr>
    </w:p>
    <w:sectPr w:rsidR="004D6562" w:rsidRPr="00085EA5" w:rsidSect="00034616">
      <w:footerReference w:type="default" r:id="rId8"/>
      <w:pgSz w:w="11906" w:h="16838"/>
      <w:pgMar w:top="822" w:right="964" w:bottom="822" w:left="964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7CC96" w14:textId="77777777" w:rsidR="004D6562" w:rsidRDefault="004D6562">
      <w:pPr>
        <w:spacing w:after="0"/>
      </w:pPr>
      <w:r>
        <w:separator/>
      </w:r>
    </w:p>
  </w:endnote>
  <w:endnote w:type="continuationSeparator" w:id="0">
    <w:p w14:paraId="13C2C556" w14:textId="77777777" w:rsidR="004D6562" w:rsidRDefault="004D65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6F48D" w14:textId="77777777" w:rsidR="00625E05" w:rsidRDefault="00000000">
    <w:pPr>
      <w:pStyle w:val="Footer"/>
      <w:jc w:val="center"/>
    </w:pPr>
    <w:r>
      <w:rPr>
        <w:sz w:val="18"/>
        <w:lang w:val="bg-BG" w:eastAsia="bg-BG"/>
      </w:rPr>
      <w:t xml:space="preserve">Страница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PAGE</w:instrText>
    </w:r>
    <w:r w:rsidR="00D777BA">
      <w:rPr>
        <w:sz w:val="18"/>
        <w:lang w:val="bg-BG" w:eastAsia="bg-BG"/>
      </w:rPr>
      <w:fldChar w:fldCharType="separate"/>
    </w:r>
    <w:r w:rsidR="00D777BA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  <w:r>
      <w:rPr>
        <w:sz w:val="18"/>
        <w:lang w:val="bg-BG" w:eastAsia="bg-BG"/>
      </w:rPr>
      <w:t xml:space="preserve"> от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NUMPAGES</w:instrText>
    </w:r>
    <w:r w:rsidR="00D777BA">
      <w:rPr>
        <w:sz w:val="18"/>
        <w:lang w:val="bg-BG" w:eastAsia="bg-BG"/>
      </w:rPr>
      <w:fldChar w:fldCharType="separate"/>
    </w:r>
    <w:r w:rsidR="00D777BA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961B5" w14:textId="77777777" w:rsidR="004D6562" w:rsidRDefault="004D6562">
      <w:pPr>
        <w:spacing w:after="0"/>
      </w:pPr>
      <w:r>
        <w:separator/>
      </w:r>
    </w:p>
  </w:footnote>
  <w:footnote w:type="continuationSeparator" w:id="0">
    <w:p w14:paraId="60FC4CAC" w14:textId="77777777" w:rsidR="004D6562" w:rsidRDefault="004D65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1665044">
    <w:abstractNumId w:val="8"/>
  </w:num>
  <w:num w:numId="2" w16cid:durableId="668557126">
    <w:abstractNumId w:val="6"/>
  </w:num>
  <w:num w:numId="3" w16cid:durableId="1998148867">
    <w:abstractNumId w:val="5"/>
  </w:num>
  <w:num w:numId="4" w16cid:durableId="469834390">
    <w:abstractNumId w:val="4"/>
  </w:num>
  <w:num w:numId="5" w16cid:durableId="1430346950">
    <w:abstractNumId w:val="7"/>
  </w:num>
  <w:num w:numId="6" w16cid:durableId="1994792113">
    <w:abstractNumId w:val="3"/>
  </w:num>
  <w:num w:numId="7" w16cid:durableId="1355569042">
    <w:abstractNumId w:val="2"/>
  </w:num>
  <w:num w:numId="8" w16cid:durableId="69272633">
    <w:abstractNumId w:val="1"/>
  </w:num>
  <w:num w:numId="9" w16cid:durableId="9636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EA5"/>
    <w:rsid w:val="0015074B"/>
    <w:rsid w:val="0029639D"/>
    <w:rsid w:val="002C65C3"/>
    <w:rsid w:val="00326F90"/>
    <w:rsid w:val="00336F19"/>
    <w:rsid w:val="004D6562"/>
    <w:rsid w:val="005364FE"/>
    <w:rsid w:val="00625E05"/>
    <w:rsid w:val="00705A9E"/>
    <w:rsid w:val="007821C6"/>
    <w:rsid w:val="009F7FAD"/>
    <w:rsid w:val="00AA1D8D"/>
    <w:rsid w:val="00B47730"/>
    <w:rsid w:val="00CB0664"/>
    <w:rsid w:val="00D77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A0437C"/>
  <w14:defaultImageDpi w14:val="330"/>
  <w15:docId w15:val="{9051BC17-06D5-4BAE-BD02-3A6DE390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80" w:after="14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40"/>
      <w:jc w:val="center"/>
    </w:pPr>
    <w:rPr>
      <w:rFonts w:ascii="Times New Roman" w:eastAsia="Times New Roman" w:hAnsi="Times New Roman" w:cs="Times New Roman"/>
      <w:i/>
      <w:color w:val="000000"/>
      <w:sz w:val="19"/>
    </w:rPr>
  </w:style>
  <w:style w:type="paragraph" w:customStyle="1" w:styleId="FormSection">
    <w:name w:val="Form Section"/>
    <w:pPr>
      <w:keepNext/>
      <w:spacing w:before="120" w:after="60"/>
    </w:pPr>
    <w:rPr>
      <w:rFonts w:ascii="Times New Roman" w:eastAsia="Times New Roman" w:hAnsi="Times New Roman" w:cs="Times New Roman"/>
      <w:b/>
      <w:color w:val="000000"/>
      <w:sz w:val="23"/>
    </w:rPr>
  </w:style>
  <w:style w:type="paragraph" w:customStyle="1" w:styleId="DocumentSubtitle">
    <w:name w:val="Document Subtitle"/>
    <w:pPr>
      <w:keepNext/>
      <w:spacing w:after="160"/>
      <w:jc w:val="center"/>
    </w:pPr>
    <w:rPr>
      <w:rFonts w:ascii="Times New Roman" w:eastAsia="Times New Roman" w:hAnsi="Times New Roman" w:cs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3 заявление за специални основания</vt:lpstr>
    </vt:vector>
  </TitlesOfParts>
  <Manager/>
  <Company/>
  <LinksUpToDate>false</LinksUpToDate>
  <CharactersWithSpaces>1031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 заявление за специални основания</dc:title>
  <dc:subject>Стипендии за учебната 2026/2027 година</dc:subject>
  <dc:creator>ПМГ „Иван Вазов“ - Добрич</dc:creator>
  <cp:keywords/>
  <dc:description>generated by python-docx</dc:description>
  <cp:lastModifiedBy>Милена Г. Николова</cp:lastModifiedBy>
  <cp:revision>2</cp:revision>
  <cp:lastPrinted>2026-10-07T14:00:00Z</cp:lastPrinted>
  <dcterms:created xsi:type="dcterms:W3CDTF">2026-10-07T14:55:00Z</dcterms:created>
  <dcterms:modified xsi:type="dcterms:W3CDTF">2026-10-07T14:55:00Z</dcterms:modified>
  <cp:category/>
  <dc:language>bg-BG</dc:language>
</cp:coreProperties>
</file>