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5ACB7" w14:textId="77777777" w:rsidR="002571EA" w:rsidRDefault="00000000">
      <w:pPr>
        <w:keepNext/>
        <w:spacing w:after="40"/>
        <w:jc w:val="right"/>
      </w:pPr>
      <w:r>
        <w:rPr>
          <w:b/>
          <w:sz w:val="21"/>
          <w:lang w:val="bg-BG" w:eastAsia="bg-BG"/>
        </w:rPr>
        <w:t>Приложение № 2</w:t>
      </w:r>
    </w:p>
    <w:p w14:paraId="2AF9A91F" w14:textId="1518FE88" w:rsidR="002571EA" w:rsidRDefault="00000000" w:rsidP="00D647BD">
      <w:pPr>
        <w:keepNext/>
        <w:spacing w:after="0"/>
        <w:jc w:val="center"/>
      </w:pPr>
      <w:r>
        <w:rPr>
          <w:b/>
          <w:sz w:val="24"/>
          <w:lang w:val="bg-BG" w:eastAsia="bg-BG"/>
        </w:rPr>
        <w:t>ПРИРОДОМАТЕМАТИЧЕСКА ГИМНАЗИЯ</w:t>
      </w:r>
      <w:r w:rsidR="00D647BD">
        <w:rPr>
          <w:b/>
          <w:sz w:val="24"/>
          <w:lang w:val="bg-BG" w:eastAsia="bg-BG"/>
        </w:rPr>
        <w:t xml:space="preserve"> </w:t>
      </w:r>
      <w:r>
        <w:rPr>
          <w:b/>
          <w:sz w:val="24"/>
          <w:lang w:val="bg-BG" w:eastAsia="bg-BG"/>
        </w:rPr>
        <w:t>„ИВАН ВАЗОВ“ - ГРАД ДОБРИЧ</w:t>
      </w:r>
    </w:p>
    <w:p w14:paraId="46D9C9E0" w14:textId="77777777" w:rsidR="002571EA" w:rsidRDefault="00000000">
      <w:pPr>
        <w:pStyle w:val="Title"/>
      </w:pPr>
      <w:r>
        <w:rPr>
          <w:rFonts w:ascii="Times New Roman" w:eastAsia="Times New Roman" w:hAnsi="Times New Roman" w:cs="Times New Roman"/>
          <w:lang w:val="bg-BG" w:eastAsia="bg-BG"/>
        </w:rPr>
        <w:t>ЗАЯВЛЕНИЕ-ДЕКЛАРАЦИЯ</w:t>
      </w:r>
    </w:p>
    <w:p w14:paraId="2C227862" w14:textId="77777777" w:rsidR="002571EA" w:rsidRDefault="00000000">
      <w:pPr>
        <w:pStyle w:val="DocumentSubtitle"/>
      </w:pPr>
      <w:r>
        <w:rPr>
          <w:lang w:val="bg-BG" w:eastAsia="bg-BG"/>
        </w:rPr>
        <w:t>за месечна социална стипендия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8051"/>
      </w:tblGrid>
      <w:tr w:rsidR="002571EA" w:rsidRPr="00E83063" w14:paraId="13578AC7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71118E" w14:textId="77777777" w:rsidR="002571EA" w:rsidRPr="00E83063" w:rsidRDefault="00000000">
            <w:pPr>
              <w:spacing w:after="0"/>
              <w:jc w:val="left"/>
            </w:pPr>
            <w:r w:rsidRPr="00E83063">
              <w:rPr>
                <w:b/>
                <w:lang w:val="bg-BG" w:eastAsia="bg-BG"/>
              </w:rPr>
              <w:t>Трите имена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BB5924" w14:textId="250A7EDE" w:rsidR="002571EA" w:rsidRPr="00E83063" w:rsidRDefault="002571EA">
            <w:pPr>
              <w:spacing w:after="0"/>
              <w:jc w:val="left"/>
            </w:pPr>
          </w:p>
        </w:tc>
      </w:tr>
      <w:tr w:rsidR="002571EA" w:rsidRPr="00E83063" w14:paraId="7EC57E73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73BFD3" w14:textId="77777777" w:rsidR="002571EA" w:rsidRPr="00E83063" w:rsidRDefault="00000000">
            <w:pPr>
              <w:spacing w:after="0"/>
              <w:jc w:val="left"/>
            </w:pPr>
            <w:r w:rsidRPr="00E83063">
              <w:rPr>
                <w:b/>
                <w:lang w:val="bg-BG" w:eastAsia="bg-BG"/>
              </w:rPr>
              <w:t>Настоящ адрес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92B8BA" w14:textId="1EB1D5CE" w:rsidR="002571EA" w:rsidRPr="00E83063" w:rsidRDefault="002571EA">
            <w:pPr>
              <w:spacing w:after="0"/>
              <w:jc w:val="left"/>
            </w:pPr>
          </w:p>
        </w:tc>
      </w:tr>
      <w:tr w:rsidR="002571EA" w:rsidRPr="00E83063" w14:paraId="2CC5B74C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90FB88" w14:textId="77777777" w:rsidR="002571EA" w:rsidRPr="00E83063" w:rsidRDefault="00000000">
            <w:pPr>
              <w:spacing w:after="0"/>
              <w:jc w:val="left"/>
            </w:pPr>
            <w:r w:rsidRPr="00E83063">
              <w:rPr>
                <w:b/>
                <w:lang w:val="bg-BG" w:eastAsia="bg-BG"/>
              </w:rPr>
              <w:t>Клас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0E970D" w14:textId="2763FA6F" w:rsidR="002571EA" w:rsidRPr="00E83063" w:rsidRDefault="002571EA">
            <w:pPr>
              <w:spacing w:after="0"/>
              <w:jc w:val="left"/>
            </w:pPr>
          </w:p>
        </w:tc>
      </w:tr>
    </w:tbl>
    <w:p w14:paraId="3815B5D4" w14:textId="77777777" w:rsidR="002571EA" w:rsidRDefault="00000000">
      <w:pPr>
        <w:spacing w:before="100" w:after="100"/>
        <w:ind w:firstLine="454"/>
      </w:pPr>
      <w:r>
        <w:rPr>
          <w:sz w:val="24"/>
          <w:lang w:val="bg-BG" w:eastAsia="bg-BG"/>
        </w:rPr>
        <w:t>Моля да ми бъде отпусната месечна социална стипендия за □ първи / □ втори учебен срок на учебната 2026/2027 година.</w:t>
      </w:r>
    </w:p>
    <w:p w14:paraId="33ED49FA" w14:textId="77777777" w:rsidR="002571EA" w:rsidRDefault="00000000">
      <w:pPr>
        <w:pStyle w:val="FormSection"/>
      </w:pPr>
      <w:r>
        <w:rPr>
          <w:lang w:val="bg-BG" w:eastAsia="bg-BG"/>
        </w:rPr>
        <w:t>I. УСПЕХ</w:t>
      </w:r>
    </w:p>
    <w:p w14:paraId="313BCBFF" w14:textId="77777777" w:rsidR="002571EA" w:rsidRDefault="00000000">
      <w:pPr>
        <w:spacing w:after="40"/>
      </w:pPr>
      <w:r>
        <w:rPr>
          <w:b/>
          <w:lang w:val="bg-BG" w:eastAsia="bg-BG"/>
        </w:rPr>
        <w:t xml:space="preserve">Успех </w:t>
      </w:r>
      <w:r>
        <w:rPr>
          <w:lang w:val="bg-BG" w:eastAsia="bg-BG"/>
        </w:rPr>
        <w:t>........................................................................................................................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2571EA" w14:paraId="681B05BE" w14:textId="77777777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0DB6BF" w14:textId="77777777" w:rsidR="002571EA" w:rsidRDefault="00000000">
            <w:pPr>
              <w:spacing w:after="0"/>
              <w:jc w:val="left"/>
            </w:pPr>
            <w:r w:rsidRPr="00D647BD">
              <w:rPr>
                <w:szCs w:val="28"/>
                <w:lang w:val="bg-BG" w:eastAsia="bg-BG"/>
              </w:rPr>
              <w:t>□</w:t>
            </w:r>
            <w:r>
              <w:rPr>
                <w:sz w:val="18"/>
                <w:lang w:val="bg-BG" w:eastAsia="bg-BG"/>
              </w:rPr>
              <w:t xml:space="preserve"> От учебната 2025/2026 година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28B7AB" w14:textId="77777777" w:rsidR="002571EA" w:rsidRDefault="00000000">
            <w:pPr>
              <w:spacing w:after="0"/>
              <w:jc w:val="left"/>
            </w:pPr>
            <w:r w:rsidRPr="00D647BD">
              <w:rPr>
                <w:szCs w:val="28"/>
                <w:lang w:val="bg-BG" w:eastAsia="bg-BG"/>
              </w:rPr>
              <w:t xml:space="preserve">□ </w:t>
            </w:r>
            <w:r>
              <w:rPr>
                <w:sz w:val="18"/>
                <w:lang w:val="bg-BG" w:eastAsia="bg-BG"/>
              </w:rPr>
              <w:t>От първия учебен срок на учебната 2026/2027 година</w:t>
            </w:r>
          </w:p>
        </w:tc>
      </w:tr>
    </w:tbl>
    <w:p w14:paraId="6FB83611" w14:textId="77777777" w:rsidR="002571EA" w:rsidRDefault="00000000">
      <w:pPr>
        <w:pStyle w:val="FormSection"/>
      </w:pPr>
      <w:r>
        <w:rPr>
          <w:lang w:val="bg-BG" w:eastAsia="bg-BG"/>
        </w:rPr>
        <w:t>II. СЕМЕЙНО ПОЛОЖЕНИЕ</w:t>
      </w:r>
    </w:p>
    <w:tbl>
      <w:tblPr>
        <w:tblW w:w="5000" w:type="pct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1718"/>
        <w:gridCol w:w="2863"/>
        <w:gridCol w:w="1717"/>
        <w:gridCol w:w="2758"/>
      </w:tblGrid>
      <w:tr w:rsidR="002571EA" w14:paraId="3EBF4725" w14:textId="77777777" w:rsidTr="00E83063">
        <w:trPr>
          <w:cantSplit/>
          <w:tblHeader/>
          <w:jc w:val="center"/>
        </w:trPr>
        <w:tc>
          <w:tcPr>
            <w:tcW w:w="948" w:type="pct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FF2789" w14:textId="77777777" w:rsidR="002571EA" w:rsidRDefault="00000000">
            <w:pPr>
              <w:spacing w:after="0"/>
              <w:jc w:val="center"/>
            </w:pPr>
            <w:r>
              <w:rPr>
                <w:b/>
                <w:sz w:val="19"/>
                <w:lang w:val="bg-BG" w:eastAsia="bg-BG"/>
              </w:rPr>
              <w:t>Член на семейството</w:t>
            </w:r>
          </w:p>
        </w:tc>
        <w:tc>
          <w:tcPr>
            <w:tcW w:w="1580" w:type="pct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9C61E6" w14:textId="77777777" w:rsidR="002571EA" w:rsidRDefault="00000000">
            <w:pPr>
              <w:spacing w:after="0"/>
              <w:jc w:val="center"/>
            </w:pPr>
            <w:r>
              <w:rPr>
                <w:b/>
                <w:sz w:val="19"/>
                <w:lang w:val="bg-BG" w:eastAsia="bg-BG"/>
              </w:rPr>
              <w:t>Трите имена</w:t>
            </w:r>
          </w:p>
        </w:tc>
        <w:tc>
          <w:tcPr>
            <w:tcW w:w="948" w:type="pct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64980F" w14:textId="77777777" w:rsidR="002571EA" w:rsidRDefault="00000000">
            <w:pPr>
              <w:spacing w:after="0"/>
              <w:jc w:val="center"/>
            </w:pPr>
            <w:r>
              <w:rPr>
                <w:b/>
                <w:sz w:val="19"/>
                <w:lang w:val="bg-BG" w:eastAsia="bg-BG"/>
              </w:rPr>
              <w:t>Населено място</w:t>
            </w:r>
          </w:p>
        </w:tc>
        <w:tc>
          <w:tcPr>
            <w:tcW w:w="1523" w:type="pct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2A59AE" w14:textId="77777777" w:rsidR="002571EA" w:rsidRDefault="00000000">
            <w:pPr>
              <w:spacing w:after="0"/>
              <w:jc w:val="center"/>
            </w:pPr>
            <w:r>
              <w:rPr>
                <w:b/>
                <w:sz w:val="19"/>
                <w:lang w:val="bg-BG" w:eastAsia="bg-BG"/>
              </w:rPr>
              <w:t>Работа или учебно заведение</w:t>
            </w:r>
          </w:p>
        </w:tc>
      </w:tr>
      <w:tr w:rsidR="002571EA" w14:paraId="55ED6CAD" w14:textId="77777777" w:rsidTr="00E83063">
        <w:trPr>
          <w:cantSplit/>
          <w:jc w:val="center"/>
        </w:trPr>
        <w:tc>
          <w:tcPr>
            <w:tcW w:w="948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19359A" w14:textId="77777777" w:rsidR="002571EA" w:rsidRDefault="00000000">
            <w:pPr>
              <w:spacing w:after="0"/>
              <w:jc w:val="left"/>
            </w:pPr>
            <w:r>
              <w:rPr>
                <w:sz w:val="19"/>
                <w:lang w:val="bg-BG" w:eastAsia="bg-BG"/>
              </w:rPr>
              <w:t>Баща</w:t>
            </w:r>
          </w:p>
        </w:tc>
        <w:tc>
          <w:tcPr>
            <w:tcW w:w="1580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2A22A6" w14:textId="77777777" w:rsidR="002571EA" w:rsidRDefault="002571EA">
            <w:pPr>
              <w:spacing w:after="0"/>
              <w:jc w:val="left"/>
            </w:pPr>
          </w:p>
        </w:tc>
        <w:tc>
          <w:tcPr>
            <w:tcW w:w="948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7FFBA4" w14:textId="77777777" w:rsidR="002571EA" w:rsidRDefault="002571EA">
            <w:pPr>
              <w:spacing w:after="0"/>
              <w:jc w:val="left"/>
            </w:pPr>
          </w:p>
        </w:tc>
        <w:tc>
          <w:tcPr>
            <w:tcW w:w="1523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E5AB68" w14:textId="77777777" w:rsidR="002571EA" w:rsidRDefault="002571EA">
            <w:pPr>
              <w:spacing w:after="0"/>
              <w:jc w:val="left"/>
            </w:pPr>
          </w:p>
        </w:tc>
      </w:tr>
      <w:tr w:rsidR="002571EA" w14:paraId="11235D97" w14:textId="77777777" w:rsidTr="00E83063">
        <w:trPr>
          <w:cantSplit/>
          <w:jc w:val="center"/>
        </w:trPr>
        <w:tc>
          <w:tcPr>
            <w:tcW w:w="948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6F1605" w14:textId="77777777" w:rsidR="002571EA" w:rsidRDefault="00000000">
            <w:pPr>
              <w:spacing w:after="0"/>
              <w:jc w:val="left"/>
            </w:pPr>
            <w:r>
              <w:rPr>
                <w:sz w:val="19"/>
                <w:lang w:val="bg-BG" w:eastAsia="bg-BG"/>
              </w:rPr>
              <w:t>Майка</w:t>
            </w:r>
          </w:p>
        </w:tc>
        <w:tc>
          <w:tcPr>
            <w:tcW w:w="1580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AC8A3F" w14:textId="77777777" w:rsidR="002571EA" w:rsidRDefault="002571EA">
            <w:pPr>
              <w:spacing w:after="0"/>
              <w:jc w:val="left"/>
            </w:pPr>
          </w:p>
        </w:tc>
        <w:tc>
          <w:tcPr>
            <w:tcW w:w="948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050DA" w14:textId="77777777" w:rsidR="002571EA" w:rsidRDefault="002571EA">
            <w:pPr>
              <w:spacing w:after="0"/>
              <w:jc w:val="left"/>
            </w:pPr>
          </w:p>
        </w:tc>
        <w:tc>
          <w:tcPr>
            <w:tcW w:w="1523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6A9D5A" w14:textId="77777777" w:rsidR="002571EA" w:rsidRDefault="002571EA">
            <w:pPr>
              <w:spacing w:after="0"/>
              <w:jc w:val="left"/>
            </w:pPr>
          </w:p>
        </w:tc>
      </w:tr>
      <w:tr w:rsidR="002571EA" w14:paraId="12FF3746" w14:textId="77777777" w:rsidTr="00E83063">
        <w:trPr>
          <w:cantSplit/>
          <w:jc w:val="center"/>
        </w:trPr>
        <w:tc>
          <w:tcPr>
            <w:tcW w:w="948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CA1FCF" w14:textId="77777777" w:rsidR="002571EA" w:rsidRDefault="00000000">
            <w:pPr>
              <w:spacing w:after="0"/>
              <w:jc w:val="left"/>
            </w:pPr>
            <w:r>
              <w:rPr>
                <w:sz w:val="19"/>
                <w:lang w:val="bg-BG" w:eastAsia="bg-BG"/>
              </w:rPr>
              <w:t>Брат</w:t>
            </w:r>
          </w:p>
        </w:tc>
        <w:tc>
          <w:tcPr>
            <w:tcW w:w="1580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32F349" w14:textId="77777777" w:rsidR="002571EA" w:rsidRDefault="002571EA">
            <w:pPr>
              <w:spacing w:after="0"/>
              <w:jc w:val="left"/>
            </w:pPr>
          </w:p>
        </w:tc>
        <w:tc>
          <w:tcPr>
            <w:tcW w:w="948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ABFC02" w14:textId="77777777" w:rsidR="002571EA" w:rsidRDefault="002571EA">
            <w:pPr>
              <w:spacing w:after="0"/>
              <w:jc w:val="left"/>
            </w:pPr>
          </w:p>
        </w:tc>
        <w:tc>
          <w:tcPr>
            <w:tcW w:w="1523" w:type="pct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EF8CF4" w14:textId="77777777" w:rsidR="002571EA" w:rsidRDefault="002571EA">
            <w:pPr>
              <w:spacing w:after="0"/>
              <w:jc w:val="left"/>
            </w:pPr>
          </w:p>
        </w:tc>
      </w:tr>
      <w:tr w:rsidR="002571EA" w14:paraId="24F57ADF" w14:textId="77777777" w:rsidTr="00E83063">
        <w:trPr>
          <w:cantSplit/>
          <w:jc w:val="center"/>
        </w:trPr>
        <w:tc>
          <w:tcPr>
            <w:tcW w:w="948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F8289B" w14:textId="77777777" w:rsidR="002571EA" w:rsidRDefault="00000000">
            <w:pPr>
              <w:spacing w:after="0"/>
              <w:jc w:val="left"/>
            </w:pPr>
            <w:r>
              <w:rPr>
                <w:sz w:val="19"/>
                <w:lang w:val="bg-BG" w:eastAsia="bg-BG"/>
              </w:rPr>
              <w:t>Сестра</w:t>
            </w:r>
          </w:p>
        </w:tc>
        <w:tc>
          <w:tcPr>
            <w:tcW w:w="1580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3ABAA5" w14:textId="77777777" w:rsidR="002571EA" w:rsidRDefault="002571EA">
            <w:pPr>
              <w:spacing w:after="0"/>
              <w:jc w:val="left"/>
            </w:pPr>
          </w:p>
        </w:tc>
        <w:tc>
          <w:tcPr>
            <w:tcW w:w="948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171AD7" w14:textId="77777777" w:rsidR="002571EA" w:rsidRDefault="002571EA">
            <w:pPr>
              <w:spacing w:after="0"/>
              <w:jc w:val="left"/>
            </w:pPr>
          </w:p>
        </w:tc>
        <w:tc>
          <w:tcPr>
            <w:tcW w:w="1523" w:type="pct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6D8E36" w14:textId="77777777" w:rsidR="002571EA" w:rsidRDefault="002571EA">
            <w:pPr>
              <w:spacing w:after="0"/>
              <w:jc w:val="left"/>
            </w:pPr>
          </w:p>
        </w:tc>
      </w:tr>
    </w:tbl>
    <w:p w14:paraId="78777AE6" w14:textId="77777777" w:rsidR="002571EA" w:rsidRDefault="00000000">
      <w:pPr>
        <w:pStyle w:val="FormSection"/>
      </w:pPr>
      <w:r>
        <w:rPr>
          <w:lang w:val="bg-BG" w:eastAsia="bg-BG"/>
        </w:rPr>
        <w:t>III. МАТЕРИАЛНО ПОЛОЖЕНИЕ</w:t>
      </w:r>
    </w:p>
    <w:p w14:paraId="1AB2CB1C" w14:textId="77777777" w:rsidR="002571EA" w:rsidRDefault="00000000">
      <w:pPr>
        <w:spacing w:after="40"/>
      </w:pPr>
      <w:r>
        <w:rPr>
          <w:sz w:val="24"/>
          <w:lang w:val="bg-BG" w:eastAsia="bg-BG"/>
        </w:rPr>
        <w:t>Декларирам доходите на семейството за избрания шестмесечен период: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6977"/>
        <w:gridCol w:w="2079"/>
      </w:tblGrid>
      <w:tr w:rsidR="00D647BD" w14:paraId="15D4C9EF" w14:textId="77777777" w:rsidTr="00E83063">
        <w:trPr>
          <w:cantSplit/>
          <w:jc w:val="center"/>
        </w:trPr>
        <w:tc>
          <w:tcPr>
            <w:tcW w:w="0" w:type="auto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DD8218" w14:textId="3090A8D5" w:rsidR="00D647BD" w:rsidRPr="00D647BD" w:rsidRDefault="00D647BD" w:rsidP="00E83063">
            <w:pPr>
              <w:spacing w:after="0" w:line="360" w:lineRule="auto"/>
              <w:rPr>
                <w:sz w:val="18"/>
                <w:lang w:val="bg-BG" w:eastAsia="bg-BG"/>
              </w:rPr>
            </w:pPr>
            <w:r w:rsidRPr="00D647BD">
              <w:rPr>
                <w:szCs w:val="28"/>
                <w:lang w:val="bg-BG" w:eastAsia="bg-BG"/>
              </w:rPr>
              <w:t>□</w:t>
            </w:r>
            <w:r w:rsidRPr="00D647BD">
              <w:rPr>
                <w:sz w:val="18"/>
                <w:lang w:val="bg-BG" w:eastAsia="bg-BG"/>
              </w:rPr>
              <w:t xml:space="preserve"> За </w:t>
            </w:r>
            <w:r w:rsidR="00E83063" w:rsidRPr="00E83063">
              <w:rPr>
                <w:b/>
                <w:bCs/>
                <w:sz w:val="18"/>
                <w:lang w:eastAsia="bg-BG"/>
              </w:rPr>
              <w:t>I</w:t>
            </w:r>
            <w:r w:rsidR="00E83063">
              <w:rPr>
                <w:sz w:val="18"/>
                <w:lang w:eastAsia="bg-BG"/>
              </w:rPr>
              <w:t xml:space="preserve"> </w:t>
            </w:r>
            <w:r w:rsidRPr="00D647BD">
              <w:rPr>
                <w:sz w:val="18"/>
                <w:lang w:val="bg-BG" w:eastAsia="bg-BG"/>
              </w:rPr>
              <w:t>учебен срок: от 01.04.2026 г. до 30.09.2026 г</w:t>
            </w:r>
            <w:r w:rsidRPr="00D647BD">
              <w:rPr>
                <w:szCs w:val="28"/>
                <w:lang w:val="bg-BG" w:eastAsia="bg-BG"/>
              </w:rPr>
              <w:t>.</w:t>
            </w:r>
            <w:r w:rsidR="00E83063">
              <w:rPr>
                <w:szCs w:val="28"/>
                <w:lang w:eastAsia="bg-BG"/>
              </w:rPr>
              <w:t xml:space="preserve">     </w:t>
            </w:r>
            <w:r w:rsidRPr="00D647BD">
              <w:rPr>
                <w:szCs w:val="28"/>
                <w:lang w:val="bg-BG" w:eastAsia="bg-BG"/>
              </w:rPr>
              <w:t xml:space="preserve"> </w:t>
            </w:r>
            <w:r w:rsidRPr="00D647BD">
              <w:rPr>
                <w:szCs w:val="28"/>
                <w:lang w:val="bg-BG" w:eastAsia="bg-BG"/>
              </w:rPr>
              <w:t>□</w:t>
            </w:r>
            <w:r w:rsidRPr="00D647BD">
              <w:rPr>
                <w:sz w:val="18"/>
                <w:lang w:val="bg-BG" w:eastAsia="bg-BG"/>
              </w:rPr>
              <w:t xml:space="preserve"> За </w:t>
            </w:r>
            <w:r w:rsidR="00E83063" w:rsidRPr="00E83063">
              <w:rPr>
                <w:b/>
                <w:bCs/>
                <w:sz w:val="18"/>
                <w:lang w:eastAsia="bg-BG"/>
              </w:rPr>
              <w:t>II</w:t>
            </w:r>
            <w:r w:rsidRPr="00D647BD">
              <w:rPr>
                <w:sz w:val="18"/>
                <w:lang w:val="bg-BG" w:eastAsia="bg-BG"/>
              </w:rPr>
              <w:t xml:space="preserve"> учебен срок: от 01.</w:t>
            </w:r>
            <w:r w:rsidRPr="00D647BD">
              <w:rPr>
                <w:sz w:val="18"/>
                <w:lang w:val="bg-BG" w:eastAsia="bg-BG"/>
              </w:rPr>
              <w:t>08</w:t>
            </w:r>
            <w:r w:rsidRPr="00D647BD">
              <w:rPr>
                <w:sz w:val="18"/>
                <w:lang w:val="bg-BG" w:eastAsia="bg-BG"/>
              </w:rPr>
              <w:t>.2026 г. до 3</w:t>
            </w:r>
            <w:r w:rsidRPr="00D647BD">
              <w:rPr>
                <w:sz w:val="18"/>
                <w:lang w:val="bg-BG" w:eastAsia="bg-BG"/>
              </w:rPr>
              <w:t>1</w:t>
            </w:r>
            <w:r w:rsidRPr="00D647BD">
              <w:rPr>
                <w:sz w:val="18"/>
                <w:lang w:val="bg-BG" w:eastAsia="bg-BG"/>
              </w:rPr>
              <w:t>.0</w:t>
            </w:r>
            <w:r w:rsidRPr="00D647BD">
              <w:rPr>
                <w:sz w:val="18"/>
                <w:lang w:val="bg-BG" w:eastAsia="bg-BG"/>
              </w:rPr>
              <w:t>1</w:t>
            </w:r>
            <w:r w:rsidRPr="00D647BD">
              <w:rPr>
                <w:sz w:val="18"/>
                <w:lang w:val="bg-BG" w:eastAsia="bg-BG"/>
              </w:rPr>
              <w:t>.202</w:t>
            </w:r>
            <w:r w:rsidRPr="00D647BD">
              <w:rPr>
                <w:sz w:val="18"/>
                <w:lang w:val="bg-BG" w:eastAsia="bg-BG"/>
              </w:rPr>
              <w:t xml:space="preserve">7 </w:t>
            </w:r>
            <w:r w:rsidRPr="00D647BD">
              <w:rPr>
                <w:sz w:val="18"/>
                <w:lang w:val="bg-BG" w:eastAsia="bg-BG"/>
              </w:rPr>
              <w:t>г.</w:t>
            </w:r>
          </w:p>
        </w:tc>
      </w:tr>
      <w:tr w:rsidR="002571EA" w14:paraId="64DC21E0" w14:textId="77777777" w:rsidTr="00E83063">
        <w:trPr>
          <w:cantSplit/>
          <w:tblHeader/>
          <w:jc w:val="center"/>
        </w:trPr>
        <w:tc>
          <w:tcPr>
            <w:tcW w:w="0" w:type="auto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5388ED" w14:textId="77777777" w:rsidR="002571EA" w:rsidRDefault="00000000">
            <w:pPr>
              <w:spacing w:after="0"/>
              <w:jc w:val="center"/>
            </w:pPr>
            <w:r>
              <w:rPr>
                <w:b/>
                <w:sz w:val="18"/>
                <w:lang w:val="bg-BG" w:eastAsia="bg-BG"/>
              </w:rPr>
              <w:t>Вид доход</w:t>
            </w:r>
          </w:p>
        </w:tc>
        <w:tc>
          <w:tcPr>
            <w:tcW w:w="0" w:type="auto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B8C14A" w14:textId="77777777" w:rsidR="002571EA" w:rsidRDefault="00000000">
            <w:pPr>
              <w:spacing w:after="0"/>
              <w:jc w:val="center"/>
            </w:pPr>
            <w:r>
              <w:rPr>
                <w:b/>
                <w:sz w:val="18"/>
                <w:lang w:val="bg-BG" w:eastAsia="bg-BG"/>
              </w:rPr>
              <w:t>Сума за периода в евро</w:t>
            </w:r>
          </w:p>
        </w:tc>
      </w:tr>
      <w:tr w:rsidR="002571EA" w14:paraId="2BDD4EE9" w14:textId="77777777" w:rsidTr="00E83063">
        <w:trPr>
          <w:cantSplit/>
          <w:jc w:val="center"/>
        </w:trPr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0C8116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Доходи от трудови правоотношения</w:t>
            </w:r>
          </w:p>
        </w:tc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C12CB8" w14:textId="77777777" w:rsidR="002571EA" w:rsidRDefault="002571EA">
            <w:pPr>
              <w:spacing w:after="0"/>
              <w:jc w:val="left"/>
            </w:pPr>
          </w:p>
        </w:tc>
      </w:tr>
      <w:tr w:rsidR="002571EA" w14:paraId="38FA3944" w14:textId="77777777" w:rsidTr="00E83063">
        <w:trPr>
          <w:cantSplit/>
          <w:jc w:val="center"/>
        </w:trPr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8FFBB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Пенсии (без добавките за чужда помощ за лица с трайно намалена работоспособност)</w:t>
            </w:r>
          </w:p>
        </w:tc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7A6E4" w14:textId="77777777" w:rsidR="002571EA" w:rsidRDefault="002571EA">
            <w:pPr>
              <w:spacing w:after="0"/>
              <w:jc w:val="left"/>
            </w:pPr>
          </w:p>
        </w:tc>
      </w:tr>
      <w:tr w:rsidR="002571EA" w14:paraId="4C893C5A" w14:textId="77777777" w:rsidTr="00E83063">
        <w:trPr>
          <w:cantSplit/>
          <w:jc w:val="center"/>
        </w:trPr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73C7A2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Обезщетения и помощи по Кодекса за социално осигуряване (без еднократните помощи)</w:t>
            </w:r>
          </w:p>
        </w:tc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BE7B33" w14:textId="77777777" w:rsidR="002571EA" w:rsidRDefault="002571EA">
            <w:pPr>
              <w:spacing w:after="0"/>
              <w:jc w:val="left"/>
            </w:pPr>
          </w:p>
        </w:tc>
      </w:tr>
      <w:tr w:rsidR="002571EA" w14:paraId="606536FD" w14:textId="77777777" w:rsidTr="00E83063">
        <w:trPr>
          <w:cantSplit/>
          <w:jc w:val="center"/>
        </w:trPr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DD26F4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Месечни помощи и добавки по Закона за семейни помощи за деца</w:t>
            </w:r>
          </w:p>
        </w:tc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2C4BD1" w14:textId="77777777" w:rsidR="002571EA" w:rsidRDefault="002571EA">
            <w:pPr>
              <w:spacing w:after="0"/>
              <w:jc w:val="left"/>
            </w:pPr>
          </w:p>
        </w:tc>
      </w:tr>
      <w:tr w:rsidR="002571EA" w14:paraId="3C20F551" w14:textId="77777777" w:rsidTr="00E83063">
        <w:trPr>
          <w:cantSplit/>
          <w:jc w:val="center"/>
        </w:trPr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FB6C3E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Месечни помощи по Закона за социално подпомагане</w:t>
            </w:r>
          </w:p>
        </w:tc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744251" w14:textId="77777777" w:rsidR="002571EA" w:rsidRDefault="002571EA">
            <w:pPr>
              <w:spacing w:after="0"/>
              <w:jc w:val="left"/>
            </w:pPr>
          </w:p>
        </w:tc>
      </w:tr>
      <w:tr w:rsidR="002571EA" w14:paraId="6B4B0AA7" w14:textId="77777777" w:rsidTr="00E83063">
        <w:trPr>
          <w:cantSplit/>
          <w:jc w:val="center"/>
        </w:trPr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000BD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Стипендии (без получаваните по силата на ПМС № 328 от 21.12.2017 г.)</w:t>
            </w:r>
          </w:p>
        </w:tc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D9241B" w14:textId="77777777" w:rsidR="002571EA" w:rsidRDefault="002571EA">
            <w:pPr>
              <w:spacing w:after="0"/>
              <w:jc w:val="left"/>
            </w:pPr>
          </w:p>
        </w:tc>
      </w:tr>
      <w:tr w:rsidR="002571EA" w14:paraId="56BA9D85" w14:textId="77777777" w:rsidTr="00E83063">
        <w:trPr>
          <w:cantSplit/>
          <w:jc w:val="center"/>
        </w:trPr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E4A9C5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Доходи от наеми</w:t>
            </w:r>
          </w:p>
        </w:tc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51C335" w14:textId="77777777" w:rsidR="002571EA" w:rsidRDefault="002571EA">
            <w:pPr>
              <w:spacing w:after="0"/>
              <w:jc w:val="left"/>
            </w:pPr>
          </w:p>
        </w:tc>
      </w:tr>
      <w:tr w:rsidR="002571EA" w14:paraId="470E09B3" w14:textId="77777777" w:rsidTr="00E83063">
        <w:trPr>
          <w:cantSplit/>
          <w:jc w:val="center"/>
        </w:trPr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39EC47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Хонорари</w:t>
            </w:r>
          </w:p>
        </w:tc>
        <w:tc>
          <w:tcPr>
            <w:tcW w:w="0" w:type="auto"/>
            <w:shd w:val="clear" w:color="auto" w:fill="FAFA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2A4E63" w14:textId="77777777" w:rsidR="002571EA" w:rsidRDefault="002571EA">
            <w:pPr>
              <w:spacing w:after="0"/>
              <w:jc w:val="left"/>
            </w:pPr>
          </w:p>
        </w:tc>
      </w:tr>
      <w:tr w:rsidR="002571EA" w14:paraId="4A46932B" w14:textId="77777777" w:rsidTr="00E83063">
        <w:trPr>
          <w:cantSplit/>
          <w:jc w:val="center"/>
        </w:trPr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96FAC9" w14:textId="77777777" w:rsidR="002571EA" w:rsidRDefault="00000000">
            <w:pPr>
              <w:spacing w:after="0"/>
              <w:jc w:val="left"/>
            </w:pPr>
            <w:r>
              <w:rPr>
                <w:sz w:val="18"/>
                <w:lang w:val="bg-BG" w:eastAsia="bg-BG"/>
              </w:rPr>
              <w:t>Други доходи</w:t>
            </w:r>
          </w:p>
        </w:tc>
        <w:tc>
          <w:tcPr>
            <w:tcW w:w="0" w:type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1FB3EE" w14:textId="77777777" w:rsidR="002571EA" w:rsidRDefault="002571EA">
            <w:pPr>
              <w:spacing w:after="0"/>
              <w:jc w:val="left"/>
            </w:pPr>
          </w:p>
        </w:tc>
      </w:tr>
      <w:tr w:rsidR="002571EA" w14:paraId="153B4AAB" w14:textId="77777777" w:rsidTr="00E83063">
        <w:trPr>
          <w:cantSplit/>
          <w:jc w:val="center"/>
        </w:trPr>
        <w:tc>
          <w:tcPr>
            <w:tcW w:w="0" w:type="auto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88B888" w14:textId="77777777" w:rsidR="002571EA" w:rsidRDefault="00000000">
            <w:pPr>
              <w:spacing w:after="0"/>
              <w:jc w:val="left"/>
            </w:pPr>
            <w:r>
              <w:rPr>
                <w:b/>
                <w:sz w:val="18"/>
                <w:lang w:val="bg-BG" w:eastAsia="bg-BG"/>
              </w:rPr>
              <w:t>ОБЩО</w:t>
            </w:r>
          </w:p>
        </w:tc>
        <w:tc>
          <w:tcPr>
            <w:tcW w:w="0" w:type="auto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1C0010" w14:textId="77777777" w:rsidR="002571EA" w:rsidRDefault="002571EA">
            <w:pPr>
              <w:spacing w:after="0"/>
              <w:jc w:val="left"/>
            </w:pPr>
          </w:p>
        </w:tc>
      </w:tr>
      <w:tr w:rsidR="002571EA" w14:paraId="3986FFAB" w14:textId="77777777" w:rsidTr="00E83063">
        <w:trPr>
          <w:cantSplit/>
          <w:jc w:val="center"/>
        </w:trPr>
        <w:tc>
          <w:tcPr>
            <w:tcW w:w="0" w:type="auto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AC4855" w14:textId="77777777" w:rsidR="002571EA" w:rsidRDefault="00000000">
            <w:pPr>
              <w:spacing w:after="0"/>
              <w:jc w:val="left"/>
            </w:pPr>
            <w:r>
              <w:rPr>
                <w:b/>
                <w:sz w:val="18"/>
                <w:lang w:val="bg-BG" w:eastAsia="bg-BG"/>
              </w:rPr>
              <w:t>Среден месечен доход на член от семейството</w:t>
            </w:r>
          </w:p>
        </w:tc>
        <w:tc>
          <w:tcPr>
            <w:tcW w:w="0" w:type="auto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5F9FEC" w14:textId="77777777" w:rsidR="002571EA" w:rsidRDefault="002571EA">
            <w:pPr>
              <w:spacing w:after="0"/>
              <w:jc w:val="left"/>
            </w:pPr>
          </w:p>
        </w:tc>
      </w:tr>
    </w:tbl>
    <w:p w14:paraId="0B0B2249" w14:textId="0E6666BE" w:rsidR="002571EA" w:rsidRDefault="00000000">
      <w:pPr>
        <w:spacing w:before="80" w:after="80"/>
      </w:pPr>
      <w:r>
        <w:rPr>
          <w:i/>
          <w:sz w:val="19"/>
          <w:lang w:val="bg-BG" w:eastAsia="bg-BG"/>
        </w:rPr>
        <w:t xml:space="preserve">При деклариране на нулеви месечни доходи на родител се попълва и декларация за липса на доходи. </w:t>
      </w:r>
    </w:p>
    <w:p w14:paraId="452EF1DB" w14:textId="77777777" w:rsidR="002571EA" w:rsidRDefault="00000000">
      <w:pPr>
        <w:pStyle w:val="FormSection"/>
      </w:pPr>
      <w:r>
        <w:rPr>
          <w:lang w:val="bg-BG" w:eastAsia="bg-BG"/>
        </w:rPr>
        <w:lastRenderedPageBreak/>
        <w:t>IV. БАНКОВА СМЕТКА</w:t>
      </w:r>
    </w:p>
    <w:p w14:paraId="35014643" w14:textId="77777777" w:rsidR="002571EA" w:rsidRDefault="00000000">
      <w:pPr>
        <w:spacing w:after="80"/>
        <w:ind w:left="170"/>
      </w:pPr>
      <w:r w:rsidRPr="00E83063">
        <w:rPr>
          <w:sz w:val="28"/>
          <w:szCs w:val="24"/>
          <w:lang w:val="bg-BG" w:eastAsia="bg-BG"/>
        </w:rPr>
        <w:t>□</w:t>
      </w:r>
      <w:r>
        <w:rPr>
          <w:sz w:val="24"/>
          <w:lang w:val="bg-BG" w:eastAsia="bg-BG"/>
        </w:rPr>
        <w:t xml:space="preserve"> Прилагам отделен документ от обслужващата банка с IBAN на сметка на името на ученика.</w:t>
      </w:r>
    </w:p>
    <w:p w14:paraId="0CF13ACE" w14:textId="77777777" w:rsidR="002571EA" w:rsidRDefault="00000000">
      <w:pPr>
        <w:pStyle w:val="FormSection"/>
      </w:pPr>
      <w:r>
        <w:rPr>
          <w:lang w:val="bg-BG" w:eastAsia="bg-BG"/>
        </w:rPr>
        <w:t>ПРИЛОЖЕНИ ДОКУМЕНТИ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98"/>
      </w:tblGrid>
      <w:tr w:rsidR="002571EA" w14:paraId="7E00073B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69A8BC" w14:textId="77777777" w:rsidR="002571EA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1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7AFB1A" w14:textId="77777777" w:rsidR="002571EA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Документ от обслужващата банка с IBAN</w:t>
            </w:r>
          </w:p>
        </w:tc>
      </w:tr>
      <w:tr w:rsidR="002571EA" w14:paraId="5AC81E6B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226D20" w14:textId="77777777" w:rsidR="002571EA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2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C146DB" w14:textId="0C2F2859" w:rsidR="002571EA" w:rsidRDefault="002571EA">
            <w:pPr>
              <w:spacing w:after="0"/>
              <w:jc w:val="left"/>
            </w:pPr>
          </w:p>
        </w:tc>
      </w:tr>
      <w:tr w:rsidR="002571EA" w14:paraId="03F8682F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3C710" w14:textId="77777777" w:rsidR="002571EA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3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3882A3" w14:textId="082BA1EC" w:rsidR="002571EA" w:rsidRDefault="002571EA">
            <w:pPr>
              <w:spacing w:after="0"/>
              <w:jc w:val="left"/>
            </w:pPr>
          </w:p>
        </w:tc>
      </w:tr>
      <w:tr w:rsidR="002571EA" w14:paraId="4E6CADA1" w14:textId="77777777">
        <w:trPr>
          <w:cantSplit/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C172B1" w14:textId="77777777" w:rsidR="002571EA" w:rsidRPr="00B97144" w:rsidRDefault="00000000">
            <w:pPr>
              <w:spacing w:after="0"/>
              <w:jc w:val="left"/>
            </w:pPr>
            <w:r>
              <w:rPr>
                <w:sz w:val="20"/>
                <w:lang w:val="bg-BG" w:eastAsia="bg-BG"/>
              </w:rPr>
              <w:t>4</w:t>
            </w:r>
          </w:p>
        </w:tc>
        <w:tc>
          <w:tcPr>
            <w:tcW w:w="929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59E32A" w14:textId="0CEF8812" w:rsidR="002571EA" w:rsidRDefault="002571EA">
            <w:pPr>
              <w:spacing w:after="0"/>
              <w:jc w:val="left"/>
            </w:pPr>
          </w:p>
        </w:tc>
      </w:tr>
    </w:tbl>
    <w:p w14:paraId="3A4DDE91" w14:textId="4635F069" w:rsidR="002571EA" w:rsidRDefault="00000000" w:rsidP="00E83063">
      <w:pPr>
        <w:spacing w:before="80" w:after="100" w:line="276" w:lineRule="auto"/>
        <w:rPr>
          <w:sz w:val="24"/>
          <w:lang w:eastAsia="bg-BG"/>
        </w:rPr>
      </w:pPr>
      <w:r>
        <w:rPr>
          <w:sz w:val="24"/>
          <w:lang w:val="bg-BG" w:eastAsia="bg-BG"/>
        </w:rPr>
        <w:t>Известно ми е, че за вписване на неверни данни нося отговорност по чл. 313 от Наказателния кодекс и неправомерно получената стипендия подлежи на връщане.</w:t>
      </w:r>
    </w:p>
    <w:p w14:paraId="5F3D1AB1" w14:textId="77777777" w:rsidR="00E83063" w:rsidRPr="00E83063" w:rsidRDefault="00E83063" w:rsidP="00E83063">
      <w:pPr>
        <w:spacing w:before="80" w:after="100" w:line="276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2571EA" w14:paraId="53BEFAA8" w14:textId="77777777" w:rsidTr="00E8306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03BCA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E2896C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Декларатор: ........................................</w:t>
            </w:r>
          </w:p>
        </w:tc>
      </w:tr>
      <w:tr w:rsidR="002571EA" w14:paraId="4E7A5666" w14:textId="77777777" w:rsidTr="00E8306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A2D3C6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гр. Добрич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A33D7A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Родител/настойник: ........................................</w:t>
            </w:r>
          </w:p>
        </w:tc>
      </w:tr>
    </w:tbl>
    <w:p w14:paraId="2F4F2118" w14:textId="77777777" w:rsidR="00A87A75" w:rsidRDefault="00A87A75">
      <w:pPr>
        <w:keepNext/>
        <w:spacing w:after="180"/>
        <w:jc w:val="center"/>
        <w:rPr>
          <w:b/>
          <w:sz w:val="24"/>
          <w:lang w:eastAsia="bg-BG"/>
        </w:rPr>
      </w:pPr>
    </w:p>
    <w:p w14:paraId="0EB6C772" w14:textId="77777777" w:rsidR="00A87A75" w:rsidRDefault="00A87A75">
      <w:pPr>
        <w:keepNext/>
        <w:spacing w:after="180"/>
        <w:jc w:val="center"/>
        <w:rPr>
          <w:b/>
          <w:sz w:val="24"/>
          <w:lang w:eastAsia="bg-BG"/>
        </w:rPr>
      </w:pPr>
    </w:p>
    <w:p w14:paraId="4651622B" w14:textId="09B5637F" w:rsidR="002571EA" w:rsidRDefault="00000000">
      <w:pPr>
        <w:keepNext/>
        <w:spacing w:after="180"/>
        <w:jc w:val="center"/>
      </w:pPr>
      <w:r>
        <w:rPr>
          <w:b/>
          <w:sz w:val="24"/>
          <w:lang w:val="bg-BG" w:eastAsia="bg-BG"/>
        </w:rPr>
        <w:t>ПРИЛОЖЕНИЕ КЪМ ЗАЯВЛЕНИЕТО ЗА СОЦИАЛНА СТИПЕНДИЯ</w:t>
      </w:r>
    </w:p>
    <w:p w14:paraId="14762F0A" w14:textId="77777777" w:rsidR="00E83063" w:rsidRDefault="00E83063">
      <w:pPr>
        <w:pStyle w:val="FormSection"/>
        <w:rPr>
          <w:lang w:eastAsia="bg-BG"/>
        </w:rPr>
      </w:pPr>
    </w:p>
    <w:p w14:paraId="3B2FE0AA" w14:textId="76361951" w:rsidR="002571EA" w:rsidRDefault="00000000">
      <w:pPr>
        <w:pStyle w:val="FormSection"/>
      </w:pPr>
      <w:r>
        <w:rPr>
          <w:lang w:val="bg-BG" w:eastAsia="bg-BG"/>
        </w:rPr>
        <w:t>ДЕКЛАРАЦИЯ ОТ КЛАСНИЯ РЪКОВОДИТЕЛ</w:t>
      </w:r>
    </w:p>
    <w:p w14:paraId="5195FE3E" w14:textId="77777777" w:rsidR="00D647BD" w:rsidRDefault="00000000" w:rsidP="00D647BD">
      <w:pPr>
        <w:spacing w:line="360" w:lineRule="auto"/>
        <w:rPr>
          <w:sz w:val="24"/>
          <w:lang w:val="bg-BG" w:eastAsia="bg-BG"/>
        </w:rPr>
      </w:pPr>
      <w:r>
        <w:rPr>
          <w:b/>
          <w:lang w:val="bg-BG" w:eastAsia="bg-BG"/>
        </w:rPr>
        <w:t>Успехът на</w:t>
      </w:r>
      <w:r w:rsidR="00D647BD">
        <w:rPr>
          <w:b/>
          <w:lang w:eastAsia="bg-BG"/>
        </w:rPr>
        <w:t xml:space="preserve"> </w:t>
      </w:r>
      <w:r w:rsidR="00D647BD">
        <w:rPr>
          <w:b/>
          <w:lang w:val="bg-BG" w:eastAsia="bg-BG"/>
        </w:rPr>
        <w:t xml:space="preserve">ученика/ученичката </w:t>
      </w:r>
      <w:r>
        <w:rPr>
          <w:sz w:val="24"/>
          <w:lang w:val="bg-BG" w:eastAsia="bg-BG"/>
        </w:rPr>
        <w:t xml:space="preserve">за </w:t>
      </w:r>
    </w:p>
    <w:p w14:paraId="1A475B86" w14:textId="2FFB2A64" w:rsidR="002571EA" w:rsidRDefault="00000000" w:rsidP="00D647BD">
      <w:pPr>
        <w:spacing w:line="360" w:lineRule="auto"/>
      </w:pPr>
      <w:r>
        <w:rPr>
          <w:sz w:val="24"/>
          <w:lang w:val="bg-BG" w:eastAsia="bg-BG"/>
        </w:rPr>
        <w:t>□ учебната 2025/2026 година / □ първия учебен срок на учебната 2026/2027 година е ........................ и е сверен с личния картон и официалните документи.</w:t>
      </w:r>
    </w:p>
    <w:p w14:paraId="094B466C" w14:textId="36363AF8" w:rsidR="002571EA" w:rsidRDefault="00000000" w:rsidP="00E83063">
      <w:pPr>
        <w:spacing w:after="80" w:line="360" w:lineRule="auto"/>
      </w:pPr>
      <w:r>
        <w:rPr>
          <w:sz w:val="24"/>
          <w:lang w:val="bg-BG" w:eastAsia="bg-BG"/>
        </w:rPr>
        <w:t>Декларирам, че ученикът/ученичката не е прекъснал/а и не повтаря учебната година и няма наложена санкция със заповед на директора.</w:t>
      </w:r>
    </w:p>
    <w:p w14:paraId="46253B2A" w14:textId="77777777" w:rsidR="00E83063" w:rsidRPr="00E83063" w:rsidRDefault="00E83063" w:rsidP="00E83063">
      <w:pPr>
        <w:spacing w:after="80" w:line="36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2571EA" w14:paraId="59C22F01" w14:textId="77777777" w:rsidTr="00E8306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D9513D" w14:textId="77777777" w:rsidR="002571EA" w:rsidRDefault="00000000" w:rsidP="00D647BD">
            <w:pPr>
              <w:spacing w:after="0" w:line="360" w:lineRule="auto"/>
              <w:jc w:val="left"/>
            </w:pPr>
            <w:r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E46E2" w14:textId="77777777" w:rsidR="002571EA" w:rsidRDefault="00000000" w:rsidP="00D647BD">
            <w:pPr>
              <w:spacing w:after="0" w:line="360" w:lineRule="auto"/>
              <w:jc w:val="left"/>
            </w:pPr>
            <w:r>
              <w:rPr>
                <w:sz w:val="21"/>
                <w:lang w:val="bg-BG" w:eastAsia="bg-BG"/>
              </w:rPr>
              <w:t>Класен ръководител: ........................................</w:t>
            </w:r>
          </w:p>
        </w:tc>
      </w:tr>
    </w:tbl>
    <w:p w14:paraId="5B450C29" w14:textId="77777777" w:rsidR="00E83063" w:rsidRDefault="00E83063" w:rsidP="00D647BD">
      <w:pPr>
        <w:pStyle w:val="FormSection"/>
        <w:spacing w:line="360" w:lineRule="auto"/>
        <w:rPr>
          <w:lang w:eastAsia="bg-BG"/>
        </w:rPr>
      </w:pPr>
    </w:p>
    <w:p w14:paraId="09923094" w14:textId="1D5B868A" w:rsidR="002571EA" w:rsidRDefault="00000000" w:rsidP="00D647BD">
      <w:pPr>
        <w:pStyle w:val="FormSection"/>
        <w:spacing w:line="360" w:lineRule="auto"/>
      </w:pPr>
      <w:r>
        <w:rPr>
          <w:lang w:val="bg-BG" w:eastAsia="bg-BG"/>
        </w:rPr>
        <w:t>ДЕКЛАРАЦИЯ ОТ УЧЕНИКА</w:t>
      </w:r>
    </w:p>
    <w:p w14:paraId="485E50DE" w14:textId="77777777" w:rsidR="002571EA" w:rsidRDefault="00000000" w:rsidP="00D647BD">
      <w:pPr>
        <w:spacing w:after="100" w:line="360" w:lineRule="auto"/>
      </w:pPr>
      <w:r>
        <w:rPr>
          <w:sz w:val="24"/>
          <w:lang w:val="bg-BG" w:eastAsia="bg-BG"/>
        </w:rPr>
        <w:t>Декларирам, че получавам / не получавам (ненужното се зачертава) стипендия по чл. 10, чл. 16, ал. 3 и ал. 6 от Наредбата за условията и реда за осъществяване закрила на деца с изявени дарби.</w:t>
      </w:r>
    </w:p>
    <w:tbl>
      <w:tblPr>
        <w:tblW w:w="9864" w:type="dxa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2571EA" w14:paraId="1DA05F8C" w14:textId="77777777" w:rsidTr="00E8306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12311D" w14:textId="77777777" w:rsidR="00E83063" w:rsidRDefault="00E83063" w:rsidP="00D647BD">
            <w:pPr>
              <w:spacing w:after="0" w:line="360" w:lineRule="auto"/>
              <w:jc w:val="left"/>
              <w:rPr>
                <w:sz w:val="21"/>
                <w:lang w:eastAsia="bg-BG"/>
              </w:rPr>
            </w:pPr>
          </w:p>
          <w:p w14:paraId="75BF0B19" w14:textId="7062CE26" w:rsidR="002571EA" w:rsidRDefault="00E83063" w:rsidP="00D647BD">
            <w:pPr>
              <w:spacing w:after="0" w:line="360" w:lineRule="auto"/>
              <w:jc w:val="left"/>
            </w:pPr>
            <w:r>
              <w:rPr>
                <w:sz w:val="21"/>
                <w:lang w:eastAsia="bg-BG"/>
              </w:rPr>
              <w:t xml:space="preserve">  </w:t>
            </w:r>
            <w:r w:rsidR="00000000"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103708" w14:textId="77777777" w:rsidR="00E83063" w:rsidRDefault="00E83063" w:rsidP="00D647BD">
            <w:pPr>
              <w:spacing w:after="0" w:line="360" w:lineRule="auto"/>
              <w:jc w:val="left"/>
              <w:rPr>
                <w:sz w:val="21"/>
                <w:lang w:eastAsia="bg-BG"/>
              </w:rPr>
            </w:pPr>
          </w:p>
          <w:p w14:paraId="3D19B0CC" w14:textId="5B701415" w:rsidR="002571EA" w:rsidRDefault="00000000" w:rsidP="00D647BD">
            <w:pPr>
              <w:spacing w:after="0" w:line="360" w:lineRule="auto"/>
              <w:jc w:val="left"/>
            </w:pPr>
            <w:r>
              <w:rPr>
                <w:sz w:val="21"/>
                <w:lang w:val="bg-BG" w:eastAsia="bg-BG"/>
              </w:rPr>
              <w:t>Декларатор: ......................................</w:t>
            </w:r>
            <w:r w:rsidR="00E83063">
              <w:rPr>
                <w:sz w:val="21"/>
                <w:lang w:eastAsia="bg-BG"/>
              </w:rPr>
              <w:t>.............</w:t>
            </w:r>
            <w:r>
              <w:rPr>
                <w:sz w:val="21"/>
                <w:lang w:val="bg-BG" w:eastAsia="bg-BG"/>
              </w:rPr>
              <w:t>..</w:t>
            </w:r>
          </w:p>
        </w:tc>
      </w:tr>
    </w:tbl>
    <w:p w14:paraId="2C7E44BE" w14:textId="323E13DD" w:rsidR="002571EA" w:rsidRDefault="00E83063" w:rsidP="00E83063">
      <w:pPr>
        <w:spacing w:after="80" w:line="360" w:lineRule="auto"/>
        <w:ind w:left="4320"/>
        <w:jc w:val="center"/>
      </w:pPr>
      <w:r>
        <w:rPr>
          <w:i/>
          <w:sz w:val="19"/>
          <w:lang w:eastAsia="bg-BG"/>
        </w:rPr>
        <w:t xml:space="preserve">      </w:t>
      </w:r>
      <w:r w:rsidR="00000000">
        <w:rPr>
          <w:i/>
          <w:sz w:val="19"/>
          <w:lang w:val="bg-BG" w:eastAsia="bg-BG"/>
        </w:rPr>
        <w:t>Име, фамилия и подпис</w:t>
      </w:r>
    </w:p>
    <w:p w14:paraId="0320006C" w14:textId="77777777" w:rsidR="002571EA" w:rsidRDefault="00000000" w:rsidP="00D647BD">
      <w:pPr>
        <w:spacing w:line="360" w:lineRule="auto"/>
      </w:pPr>
      <w:r>
        <w:br w:type="page"/>
      </w:r>
    </w:p>
    <w:p w14:paraId="7DBCE913" w14:textId="77777777" w:rsidR="002571EA" w:rsidRDefault="00000000">
      <w:pPr>
        <w:keepNext/>
        <w:spacing w:after="200"/>
        <w:jc w:val="center"/>
        <w:rPr>
          <w:b/>
          <w:sz w:val="28"/>
          <w:lang w:eastAsia="bg-BG"/>
        </w:rPr>
      </w:pPr>
      <w:r>
        <w:rPr>
          <w:b/>
          <w:sz w:val="28"/>
          <w:lang w:val="bg-BG" w:eastAsia="bg-BG"/>
        </w:rPr>
        <w:lastRenderedPageBreak/>
        <w:t>ДЕКЛАРАЦИЯ ЗА ЛИПСА НА ДОХОДИ</w:t>
      </w:r>
    </w:p>
    <w:p w14:paraId="6A450DFA" w14:textId="77777777" w:rsidR="00E83063" w:rsidRPr="00E83063" w:rsidRDefault="00E83063">
      <w:pPr>
        <w:keepNext/>
        <w:spacing w:after="200"/>
        <w:jc w:val="center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8051"/>
      </w:tblGrid>
      <w:tr w:rsidR="002571EA" w14:paraId="5BC6F2B0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4686CC" w14:textId="77777777" w:rsidR="002571EA" w:rsidRDefault="00000000">
            <w:pPr>
              <w:spacing w:after="0"/>
              <w:jc w:val="left"/>
            </w:pPr>
            <w:r>
              <w:rPr>
                <w:b/>
                <w:sz w:val="21"/>
                <w:lang w:val="bg-BG" w:eastAsia="bg-BG"/>
              </w:rPr>
              <w:t>Трите имена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E2B7B" w14:textId="128CC786" w:rsidR="002571EA" w:rsidRDefault="002571EA">
            <w:pPr>
              <w:spacing w:after="0"/>
              <w:jc w:val="left"/>
            </w:pPr>
          </w:p>
        </w:tc>
      </w:tr>
      <w:tr w:rsidR="002571EA" w14:paraId="0CCD1F95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91E14" w14:textId="77777777" w:rsidR="002571EA" w:rsidRDefault="00000000">
            <w:pPr>
              <w:spacing w:after="0"/>
              <w:jc w:val="left"/>
            </w:pPr>
            <w:r>
              <w:rPr>
                <w:b/>
                <w:sz w:val="21"/>
                <w:lang w:val="bg-BG" w:eastAsia="bg-BG"/>
              </w:rPr>
              <w:t>ЕГН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E3E4CB" w14:textId="3DCF2909" w:rsidR="002571EA" w:rsidRDefault="002571EA">
            <w:pPr>
              <w:spacing w:after="0"/>
              <w:jc w:val="left"/>
            </w:pPr>
          </w:p>
        </w:tc>
      </w:tr>
      <w:tr w:rsidR="002571EA" w14:paraId="78A6FBBF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4156D2" w14:textId="77777777" w:rsidR="002571EA" w:rsidRDefault="00000000">
            <w:pPr>
              <w:spacing w:after="0"/>
              <w:jc w:val="left"/>
            </w:pPr>
            <w:r>
              <w:rPr>
                <w:b/>
                <w:sz w:val="21"/>
                <w:lang w:val="bg-BG" w:eastAsia="bg-BG"/>
              </w:rPr>
              <w:t>Лична карта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AC78E6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№ ............................, издадена на .................... от ............................</w:t>
            </w:r>
          </w:p>
        </w:tc>
      </w:tr>
      <w:tr w:rsidR="002571EA" w14:paraId="5A11541F" w14:textId="77777777">
        <w:trPr>
          <w:cantSplit/>
          <w:jc w:val="center"/>
        </w:trPr>
        <w:tc>
          <w:tcPr>
            <w:tcW w:w="1814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14D9AE" w14:textId="77777777" w:rsidR="002571EA" w:rsidRDefault="00000000">
            <w:pPr>
              <w:spacing w:after="0"/>
              <w:jc w:val="left"/>
            </w:pPr>
            <w:r>
              <w:rPr>
                <w:b/>
                <w:sz w:val="21"/>
                <w:lang w:val="bg-BG" w:eastAsia="bg-BG"/>
              </w:rPr>
              <w:t>Настоящ адрес</w:t>
            </w:r>
          </w:p>
        </w:tc>
        <w:tc>
          <w:tcPr>
            <w:tcW w:w="805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EFB576" w14:textId="69F661B7" w:rsidR="002571EA" w:rsidRPr="00E83063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.</w:t>
            </w:r>
          </w:p>
        </w:tc>
      </w:tr>
    </w:tbl>
    <w:p w14:paraId="4F07AA1A" w14:textId="77777777" w:rsidR="00E83063" w:rsidRDefault="00E83063">
      <w:pPr>
        <w:keepNext/>
        <w:spacing w:before="180" w:after="140"/>
        <w:jc w:val="center"/>
        <w:rPr>
          <w:b/>
          <w:sz w:val="24"/>
          <w:lang w:eastAsia="bg-BG"/>
        </w:rPr>
      </w:pPr>
    </w:p>
    <w:p w14:paraId="65D50499" w14:textId="504DAD8C" w:rsidR="002571EA" w:rsidRDefault="00000000">
      <w:pPr>
        <w:keepNext/>
        <w:spacing w:before="180" w:after="140"/>
        <w:jc w:val="center"/>
        <w:rPr>
          <w:b/>
          <w:sz w:val="24"/>
          <w:lang w:eastAsia="bg-BG"/>
        </w:rPr>
      </w:pPr>
      <w:r>
        <w:rPr>
          <w:b/>
          <w:sz w:val="24"/>
          <w:lang w:val="bg-BG" w:eastAsia="bg-BG"/>
        </w:rPr>
        <w:t>ДЕКЛАРИРАМ</w:t>
      </w:r>
    </w:p>
    <w:p w14:paraId="6CB7553B" w14:textId="77777777" w:rsidR="00E83063" w:rsidRPr="00E83063" w:rsidRDefault="00E83063">
      <w:pPr>
        <w:keepNext/>
        <w:spacing w:before="180" w:after="140"/>
        <w:jc w:val="center"/>
      </w:pPr>
    </w:p>
    <w:p w14:paraId="381E4B88" w14:textId="77777777" w:rsidR="002571EA" w:rsidRDefault="00000000">
      <w:pPr>
        <w:spacing w:after="80"/>
        <w:ind w:left="425" w:hanging="312"/>
      </w:pPr>
      <w:r>
        <w:rPr>
          <w:sz w:val="24"/>
          <w:lang w:val="bg-BG" w:eastAsia="bg-BG"/>
        </w:rPr>
        <w:t>1. За периода от ........................................ до ........................................ не получавам никакви доходи.</w:t>
      </w:r>
    </w:p>
    <w:p w14:paraId="7D447419" w14:textId="77777777" w:rsidR="002571EA" w:rsidRDefault="00000000">
      <w:pPr>
        <w:spacing w:after="80"/>
        <w:ind w:left="425" w:hanging="312"/>
      </w:pPr>
      <w:r>
        <w:rPr>
          <w:sz w:val="24"/>
          <w:lang w:val="bg-BG" w:eastAsia="bg-BG"/>
        </w:rPr>
        <w:t>2. Не работя по трудов договор и нямам доходи от трудово правоотношение.</w:t>
      </w:r>
    </w:p>
    <w:p w14:paraId="4626DF2A" w14:textId="77777777" w:rsidR="002571EA" w:rsidRDefault="00000000">
      <w:pPr>
        <w:spacing w:after="80"/>
        <w:ind w:left="425" w:hanging="312"/>
      </w:pPr>
      <w:r>
        <w:rPr>
          <w:sz w:val="24"/>
          <w:lang w:val="bg-BG" w:eastAsia="bg-BG"/>
        </w:rPr>
        <w:t>3. Нямам доходи от търговска дейност, включително като едноличен търговец или съдружник в търговско дружество, и не получавам възнаграждение като прокурист или управител на търговско дружество.</w:t>
      </w:r>
    </w:p>
    <w:p w14:paraId="5C4C204E" w14:textId="77777777" w:rsidR="002571EA" w:rsidRDefault="00000000">
      <w:pPr>
        <w:spacing w:after="80"/>
        <w:ind w:left="425" w:hanging="312"/>
      </w:pPr>
      <w:r>
        <w:rPr>
          <w:sz w:val="24"/>
          <w:lang w:val="bg-BG" w:eastAsia="bg-BG"/>
        </w:rPr>
        <w:t>4. Нямам участие в кооперации или граждански дружества и не получавам доходи от тях.</w:t>
      </w:r>
    </w:p>
    <w:p w14:paraId="6F802634" w14:textId="77777777" w:rsidR="002571EA" w:rsidRDefault="00000000">
      <w:pPr>
        <w:spacing w:after="80"/>
        <w:ind w:left="425" w:hanging="312"/>
      </w:pPr>
      <w:r>
        <w:rPr>
          <w:sz w:val="24"/>
          <w:lang w:val="bg-BG" w:eastAsia="bg-BG"/>
        </w:rPr>
        <w:t>5. Не получавам доходи от наеми, аренди или от упражняване на свободна професия.</w:t>
      </w:r>
    </w:p>
    <w:p w14:paraId="224678E0" w14:textId="77777777" w:rsidR="002571EA" w:rsidRDefault="00000000">
      <w:pPr>
        <w:spacing w:after="80"/>
        <w:ind w:left="425" w:hanging="312"/>
      </w:pPr>
      <w:r>
        <w:rPr>
          <w:sz w:val="24"/>
          <w:lang w:val="bg-BG" w:eastAsia="bg-BG"/>
        </w:rPr>
        <w:t>6. Не получавам издръжка, пенсия или други социални помощи или обезщетения.</w:t>
      </w:r>
    </w:p>
    <w:p w14:paraId="0497F714" w14:textId="77777777" w:rsidR="002571EA" w:rsidRDefault="00000000">
      <w:pPr>
        <w:spacing w:before="120" w:after="200"/>
        <w:rPr>
          <w:sz w:val="24"/>
          <w:lang w:eastAsia="bg-BG"/>
        </w:rPr>
      </w:pPr>
      <w:r>
        <w:rPr>
          <w:sz w:val="24"/>
          <w:lang w:val="bg-BG" w:eastAsia="bg-BG"/>
        </w:rPr>
        <w:t>Известно ми е, че за неверни данни нося наказателна отговорност по чл. 313 от Наказателния кодекс.</w:t>
      </w:r>
    </w:p>
    <w:p w14:paraId="78723AA9" w14:textId="77777777" w:rsidR="00E83063" w:rsidRDefault="00E83063">
      <w:pPr>
        <w:spacing w:before="120" w:after="200"/>
        <w:rPr>
          <w:sz w:val="24"/>
          <w:lang w:eastAsia="bg-BG"/>
        </w:rPr>
      </w:pPr>
    </w:p>
    <w:p w14:paraId="5636A111" w14:textId="77777777" w:rsidR="00E83063" w:rsidRDefault="00E83063">
      <w:pPr>
        <w:spacing w:before="120" w:after="200"/>
        <w:rPr>
          <w:sz w:val="24"/>
          <w:lang w:eastAsia="bg-BG"/>
        </w:rPr>
      </w:pPr>
    </w:p>
    <w:p w14:paraId="60622167" w14:textId="77777777" w:rsidR="00E83063" w:rsidRPr="00E83063" w:rsidRDefault="00E83063">
      <w:pPr>
        <w:spacing w:before="120" w:after="2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2571EA" w14:paraId="53B282D3" w14:textId="77777777" w:rsidTr="00E83063">
        <w:trPr>
          <w:cantSplit/>
          <w:jc w:val="center"/>
        </w:trPr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EE7B9A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Дата: ........................................</w:t>
            </w:r>
          </w:p>
        </w:tc>
        <w:tc>
          <w:tcPr>
            <w:tcW w:w="493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08ABC5" w14:textId="77777777" w:rsidR="002571EA" w:rsidRDefault="00000000">
            <w:pPr>
              <w:spacing w:after="0"/>
              <w:jc w:val="left"/>
            </w:pPr>
            <w:r>
              <w:rPr>
                <w:sz w:val="21"/>
                <w:lang w:val="bg-BG" w:eastAsia="bg-BG"/>
              </w:rPr>
              <w:t>Декларатор: ........................................</w:t>
            </w:r>
          </w:p>
        </w:tc>
      </w:tr>
    </w:tbl>
    <w:p w14:paraId="0251C5D4" w14:textId="77777777" w:rsidR="00577BF8" w:rsidRDefault="00577BF8"/>
    <w:sectPr w:rsidR="00577BF8" w:rsidSect="00E83063">
      <w:footerReference w:type="default" r:id="rId8"/>
      <w:pgSz w:w="11906" w:h="16838"/>
      <w:pgMar w:top="1070" w:right="1417" w:bottom="33" w:left="1417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F842A" w14:textId="77777777" w:rsidR="00577BF8" w:rsidRDefault="00577BF8">
      <w:pPr>
        <w:spacing w:after="0"/>
      </w:pPr>
      <w:r>
        <w:separator/>
      </w:r>
    </w:p>
  </w:endnote>
  <w:endnote w:type="continuationSeparator" w:id="0">
    <w:p w14:paraId="04A11B23" w14:textId="77777777" w:rsidR="00577BF8" w:rsidRDefault="00577B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004DC" w14:textId="77777777" w:rsidR="002571EA" w:rsidRDefault="00000000">
    <w:pPr>
      <w:pStyle w:val="Footer"/>
      <w:jc w:val="center"/>
    </w:pPr>
    <w:r>
      <w:rPr>
        <w:sz w:val="18"/>
        <w:lang w:val="bg-BG" w:eastAsia="bg-BG"/>
      </w:rPr>
      <w:t xml:space="preserve">Страница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PAGE</w:instrText>
    </w:r>
    <w:r w:rsidR="00D647BD">
      <w:rPr>
        <w:sz w:val="18"/>
        <w:lang w:val="bg-BG" w:eastAsia="bg-BG"/>
      </w:rPr>
      <w:fldChar w:fldCharType="separate"/>
    </w:r>
    <w:r w:rsidR="00D647BD">
      <w:rPr>
        <w:noProof/>
        <w:sz w:val="18"/>
        <w:lang w:val="bg-BG" w:eastAsia="bg-BG"/>
      </w:rPr>
      <w:t>1</w:t>
    </w:r>
    <w:r>
      <w:rPr>
        <w:sz w:val="18"/>
        <w:lang w:val="bg-BG" w:eastAsia="bg-BG"/>
      </w:rPr>
      <w:fldChar w:fldCharType="end"/>
    </w:r>
    <w:r>
      <w:rPr>
        <w:sz w:val="18"/>
        <w:lang w:val="bg-BG" w:eastAsia="bg-BG"/>
      </w:rPr>
      <w:t xml:space="preserve"> от </w:t>
    </w:r>
    <w:r>
      <w:rPr>
        <w:sz w:val="18"/>
        <w:lang w:val="bg-BG" w:eastAsia="bg-BG"/>
      </w:rPr>
      <w:fldChar w:fldCharType="begin"/>
    </w:r>
    <w:r>
      <w:rPr>
        <w:sz w:val="18"/>
        <w:lang w:val="bg-BG" w:eastAsia="bg-BG"/>
      </w:rPr>
      <w:instrText>NUMPAGES</w:instrText>
    </w:r>
    <w:r w:rsidR="00D647BD">
      <w:rPr>
        <w:sz w:val="18"/>
        <w:lang w:val="bg-BG" w:eastAsia="bg-BG"/>
      </w:rPr>
      <w:fldChar w:fldCharType="separate"/>
    </w:r>
    <w:r w:rsidR="00D647BD">
      <w:rPr>
        <w:noProof/>
        <w:sz w:val="18"/>
        <w:lang w:val="bg-BG" w:eastAsia="bg-BG"/>
      </w:rPr>
      <w:t>2</w:t>
    </w:r>
    <w:r>
      <w:rPr>
        <w:sz w:val="18"/>
        <w:lang w:val="bg-BG" w:eastAsia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644D8" w14:textId="77777777" w:rsidR="00577BF8" w:rsidRDefault="00577BF8">
      <w:pPr>
        <w:spacing w:after="0"/>
      </w:pPr>
      <w:r>
        <w:separator/>
      </w:r>
    </w:p>
  </w:footnote>
  <w:footnote w:type="continuationSeparator" w:id="0">
    <w:p w14:paraId="264D6CA6" w14:textId="77777777" w:rsidR="00577BF8" w:rsidRDefault="00577BF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6371817">
    <w:abstractNumId w:val="8"/>
  </w:num>
  <w:num w:numId="2" w16cid:durableId="83108197">
    <w:abstractNumId w:val="6"/>
  </w:num>
  <w:num w:numId="3" w16cid:durableId="161359625">
    <w:abstractNumId w:val="5"/>
  </w:num>
  <w:num w:numId="4" w16cid:durableId="903638637">
    <w:abstractNumId w:val="4"/>
  </w:num>
  <w:num w:numId="5" w16cid:durableId="1146899301">
    <w:abstractNumId w:val="7"/>
  </w:num>
  <w:num w:numId="6" w16cid:durableId="1850244359">
    <w:abstractNumId w:val="3"/>
  </w:num>
  <w:num w:numId="7" w16cid:durableId="1630698870">
    <w:abstractNumId w:val="2"/>
  </w:num>
  <w:num w:numId="8" w16cid:durableId="1371420597">
    <w:abstractNumId w:val="1"/>
  </w:num>
  <w:num w:numId="9" w16cid:durableId="1961257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F01"/>
    <w:rsid w:val="0006063C"/>
    <w:rsid w:val="0015074B"/>
    <w:rsid w:val="002571EA"/>
    <w:rsid w:val="0029639D"/>
    <w:rsid w:val="00326F90"/>
    <w:rsid w:val="00577BF8"/>
    <w:rsid w:val="00645C40"/>
    <w:rsid w:val="00705A9E"/>
    <w:rsid w:val="007E3D9B"/>
    <w:rsid w:val="00A87A75"/>
    <w:rsid w:val="00AA1D8D"/>
    <w:rsid w:val="00B34147"/>
    <w:rsid w:val="00B47730"/>
    <w:rsid w:val="00B97144"/>
    <w:rsid w:val="00CB0664"/>
    <w:rsid w:val="00D647BD"/>
    <w:rsid w:val="00E830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BB46B7"/>
  <w14:defaultImageDpi w14:val="330"/>
  <w15:docId w15:val="{9051BC17-06D5-4BAE-BD02-3A6DE390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jc w:val="lef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80" w:after="14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Note">
    <w:name w:val="Form Note"/>
    <w:pPr>
      <w:spacing w:after="40"/>
      <w:jc w:val="center"/>
    </w:pPr>
    <w:rPr>
      <w:rFonts w:ascii="Times New Roman" w:eastAsia="Times New Roman" w:hAnsi="Times New Roman" w:cs="Times New Roman"/>
      <w:i/>
      <w:color w:val="000000"/>
      <w:sz w:val="19"/>
    </w:rPr>
  </w:style>
  <w:style w:type="paragraph" w:customStyle="1" w:styleId="FormSection">
    <w:name w:val="Form Section"/>
    <w:pPr>
      <w:keepNext/>
      <w:spacing w:before="120" w:after="60"/>
    </w:pPr>
    <w:rPr>
      <w:rFonts w:ascii="Times New Roman" w:eastAsia="Times New Roman" w:hAnsi="Times New Roman" w:cs="Times New Roman"/>
      <w:b/>
      <w:color w:val="000000"/>
      <w:sz w:val="23"/>
    </w:rPr>
  </w:style>
  <w:style w:type="paragraph" w:customStyle="1" w:styleId="DocumentSubtitle">
    <w:name w:val="Document Subtitle"/>
    <w:pPr>
      <w:keepNext/>
      <w:spacing w:after="160"/>
      <w:jc w:val="center"/>
    </w:pPr>
    <w:rPr>
      <w:rFonts w:ascii="Times New Roman" w:eastAsia="Times New Roman" w:hAnsi="Times New Roman" w:cs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2 заявление за социална стипендия</vt:lpstr>
    </vt:vector>
  </TitlesOfParts>
  <Manager/>
  <Company/>
  <LinksUpToDate>false</LinksUpToDate>
  <CharactersWithSpaces>3875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 заявление за социална стипендия</dc:title>
  <dc:subject>Стипендии за учебната 2026/2027 година</dc:subject>
  <dc:creator>ПМГ „Иван Вазов“ - Добрич</dc:creator>
  <cp:keywords/>
  <dc:description>generated by python-docx</dc:description>
  <cp:lastModifiedBy>Милена Г. Николова</cp:lastModifiedBy>
  <cp:revision>2</cp:revision>
  <cp:lastPrinted>2026-10-07T14:15:00Z</cp:lastPrinted>
  <dcterms:created xsi:type="dcterms:W3CDTF">2026-10-07T14:53:00Z</dcterms:created>
  <dcterms:modified xsi:type="dcterms:W3CDTF">2026-10-07T14:53:00Z</dcterms:modified>
  <cp:category/>
  <dc:language>bg-BG</dc:language>
</cp:coreProperties>
</file>