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1715E" w14:textId="77777777" w:rsidR="004B6A39" w:rsidRDefault="00000000">
      <w:pPr>
        <w:keepNext/>
        <w:spacing w:after="40"/>
        <w:jc w:val="right"/>
      </w:pPr>
      <w:r>
        <w:rPr>
          <w:b/>
          <w:sz w:val="21"/>
          <w:lang w:val="bg-BG" w:eastAsia="bg-BG"/>
        </w:rPr>
        <w:t xml:space="preserve">Приложение </w:t>
      </w:r>
      <w:bookmarkStart w:id="0" w:name="_Hlk242284148"/>
      <w:r>
        <w:rPr>
          <w:b/>
          <w:sz w:val="21"/>
          <w:lang w:val="bg-BG" w:eastAsia="bg-BG"/>
        </w:rPr>
        <w:t>№</w:t>
      </w:r>
      <w:bookmarkEnd w:id="0"/>
      <w:r>
        <w:rPr>
          <w:b/>
          <w:sz w:val="21"/>
          <w:lang w:val="bg-BG" w:eastAsia="bg-BG"/>
        </w:rPr>
        <w:t xml:space="preserve"> 1</w:t>
      </w:r>
    </w:p>
    <w:p w14:paraId="7930DAC7" w14:textId="27997199" w:rsidR="004B6A39" w:rsidRDefault="00000000" w:rsidP="00617A5B">
      <w:pPr>
        <w:keepNext/>
        <w:spacing w:after="0"/>
        <w:jc w:val="center"/>
        <w:rPr>
          <w:b/>
          <w:sz w:val="24"/>
          <w:lang w:val="bg-BG" w:eastAsia="bg-BG"/>
        </w:rPr>
      </w:pPr>
      <w:r>
        <w:rPr>
          <w:b/>
          <w:sz w:val="24"/>
          <w:lang w:val="bg-BG" w:eastAsia="bg-BG"/>
        </w:rPr>
        <w:t>ПРИРОДОМАТЕМАТИЧЕСКА ГИМНАЗИЯ</w:t>
      </w:r>
      <w:r w:rsidR="00617A5B">
        <w:rPr>
          <w:b/>
          <w:sz w:val="24"/>
          <w:lang w:val="bg-BG" w:eastAsia="bg-BG"/>
        </w:rPr>
        <w:t xml:space="preserve"> </w:t>
      </w:r>
      <w:r>
        <w:rPr>
          <w:b/>
          <w:sz w:val="24"/>
          <w:lang w:val="bg-BG" w:eastAsia="bg-BG"/>
        </w:rPr>
        <w:t>„ИВАН ВАЗОВ“ - ГРАД ДОБРИЧ</w:t>
      </w:r>
    </w:p>
    <w:p w14:paraId="72E9834C" w14:textId="77777777" w:rsidR="00617A5B" w:rsidRDefault="00617A5B" w:rsidP="00617A5B">
      <w:pPr>
        <w:keepNext/>
        <w:spacing w:after="0"/>
        <w:jc w:val="center"/>
      </w:pPr>
    </w:p>
    <w:p w14:paraId="6245EBB1" w14:textId="77777777" w:rsidR="004B6A39" w:rsidRDefault="00000000">
      <w:pPr>
        <w:pStyle w:val="Title"/>
      </w:pPr>
      <w:r>
        <w:rPr>
          <w:rFonts w:ascii="Times New Roman" w:eastAsia="Times New Roman" w:hAnsi="Times New Roman" w:cs="Times New Roman"/>
          <w:lang w:val="bg-BG" w:eastAsia="bg-BG"/>
        </w:rPr>
        <w:t>ЗАЯВЛЕНИЕ-ДЕКЛАРАЦИЯ</w:t>
      </w:r>
    </w:p>
    <w:p w14:paraId="2F6FD89E" w14:textId="77777777" w:rsidR="004B6A39" w:rsidRDefault="00000000">
      <w:pPr>
        <w:pStyle w:val="DocumentSubtitle"/>
      </w:pPr>
      <w:r>
        <w:rPr>
          <w:lang w:val="bg-BG" w:eastAsia="bg-BG"/>
        </w:rPr>
        <w:t>за месечна стипендия за постигнати образователни резултати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8051"/>
      </w:tblGrid>
      <w:tr w:rsidR="004B6A39" w14:paraId="2CB69C52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D5EDC7" w14:textId="77777777" w:rsidR="004B6A39" w:rsidRPr="00617A5B" w:rsidRDefault="00000000">
            <w:pPr>
              <w:spacing w:after="0"/>
              <w:jc w:val="left"/>
              <w:rPr>
                <w:szCs w:val="24"/>
              </w:rPr>
            </w:pPr>
            <w:r w:rsidRPr="00617A5B">
              <w:rPr>
                <w:b/>
                <w:szCs w:val="24"/>
                <w:lang w:val="bg-BG" w:eastAsia="bg-BG"/>
              </w:rPr>
              <w:t>Трите имена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0FD6F7" w14:textId="7406F577" w:rsidR="004B6A39" w:rsidRPr="001C7323" w:rsidRDefault="004B6A39">
            <w:pPr>
              <w:spacing w:after="0"/>
              <w:jc w:val="left"/>
            </w:pPr>
          </w:p>
        </w:tc>
      </w:tr>
      <w:tr w:rsidR="004B6A39" w14:paraId="1199778F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97C06A" w14:textId="77777777" w:rsidR="004B6A39" w:rsidRPr="00617A5B" w:rsidRDefault="00000000">
            <w:pPr>
              <w:spacing w:after="0"/>
              <w:jc w:val="left"/>
              <w:rPr>
                <w:szCs w:val="24"/>
              </w:rPr>
            </w:pPr>
            <w:r w:rsidRPr="00617A5B">
              <w:rPr>
                <w:b/>
                <w:szCs w:val="24"/>
                <w:lang w:val="bg-BG" w:eastAsia="bg-BG"/>
              </w:rPr>
              <w:t>Адрес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BD9F69" w14:textId="4A03D083" w:rsidR="004B6A39" w:rsidRDefault="004B6A39">
            <w:pPr>
              <w:spacing w:after="0"/>
              <w:jc w:val="left"/>
            </w:pPr>
          </w:p>
        </w:tc>
      </w:tr>
      <w:tr w:rsidR="004B6A39" w14:paraId="534B1524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8C5887" w14:textId="77777777" w:rsidR="004B6A39" w:rsidRPr="00617A5B" w:rsidRDefault="00000000">
            <w:pPr>
              <w:spacing w:after="0"/>
              <w:jc w:val="left"/>
              <w:rPr>
                <w:szCs w:val="24"/>
              </w:rPr>
            </w:pPr>
            <w:r w:rsidRPr="00617A5B">
              <w:rPr>
                <w:b/>
                <w:szCs w:val="24"/>
                <w:lang w:val="bg-BG" w:eastAsia="bg-BG"/>
              </w:rPr>
              <w:t>Клас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2D19FE" w14:textId="0F631C37" w:rsidR="004B6A39" w:rsidRDefault="004B6A39">
            <w:pPr>
              <w:spacing w:after="0"/>
              <w:jc w:val="left"/>
            </w:pPr>
          </w:p>
        </w:tc>
      </w:tr>
    </w:tbl>
    <w:p w14:paraId="0276E744" w14:textId="77777777" w:rsidR="004B6A39" w:rsidRDefault="00000000">
      <w:pPr>
        <w:spacing w:before="100"/>
        <w:ind w:firstLine="454"/>
      </w:pPr>
      <w:r>
        <w:rPr>
          <w:sz w:val="24"/>
          <w:lang w:val="bg-BG" w:eastAsia="bg-BG"/>
        </w:rPr>
        <w:t>Моля да ми бъде отпусната месечна стипендия за постигнати образователни резултати през отбелязания учебен срок на учебната 2026/2027 година.</w:t>
      </w:r>
    </w:p>
    <w:p w14:paraId="2692BF5F" w14:textId="77777777" w:rsidR="004B6A39" w:rsidRDefault="00000000">
      <w:pPr>
        <w:pStyle w:val="FormSection"/>
      </w:pPr>
      <w:r>
        <w:rPr>
          <w:lang w:val="bg-BG" w:eastAsia="bg-BG"/>
        </w:rPr>
        <w:t>ПЕРИОД, ЗА КОЙТО СЕ КАНДИДАТСТВА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4B6A39" w14:paraId="7F5D9502" w14:textId="77777777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C464AC" w14:textId="77777777" w:rsidR="004B6A39" w:rsidRDefault="00000000">
            <w:pPr>
              <w:spacing w:after="0"/>
              <w:jc w:val="center"/>
            </w:pPr>
            <w:r w:rsidRPr="00617A5B">
              <w:rPr>
                <w:sz w:val="28"/>
                <w:szCs w:val="32"/>
                <w:lang w:val="bg-BG" w:eastAsia="bg-BG"/>
              </w:rPr>
              <w:t>□</w:t>
            </w:r>
            <w:r>
              <w:rPr>
                <w:sz w:val="21"/>
                <w:lang w:val="bg-BG" w:eastAsia="bg-BG"/>
              </w:rPr>
              <w:t xml:space="preserve"> Първи учебен срок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56FE11" w14:textId="77777777" w:rsidR="004B6A39" w:rsidRDefault="00000000">
            <w:pPr>
              <w:spacing w:after="0"/>
              <w:jc w:val="center"/>
            </w:pPr>
            <w:r w:rsidRPr="00617A5B">
              <w:rPr>
                <w:sz w:val="28"/>
                <w:szCs w:val="32"/>
                <w:lang w:val="bg-BG" w:eastAsia="bg-BG"/>
              </w:rPr>
              <w:t xml:space="preserve">□ </w:t>
            </w:r>
            <w:r>
              <w:rPr>
                <w:sz w:val="21"/>
                <w:lang w:val="bg-BG" w:eastAsia="bg-BG"/>
              </w:rPr>
              <w:t>Втори учебен срок</w:t>
            </w:r>
          </w:p>
        </w:tc>
      </w:tr>
    </w:tbl>
    <w:p w14:paraId="442A6ED4" w14:textId="77777777" w:rsidR="004B6A39" w:rsidRDefault="00000000">
      <w:pPr>
        <w:pStyle w:val="FormSection"/>
      </w:pPr>
      <w:r>
        <w:rPr>
          <w:lang w:val="bg-BG" w:eastAsia="bg-BG"/>
        </w:rPr>
        <w:t>ДЕКЛАРИРАМ, ЧЕ</w:t>
      </w:r>
    </w:p>
    <w:p w14:paraId="2AEA93A8" w14:textId="77777777" w:rsidR="004B6A39" w:rsidRDefault="00000000">
      <w:pPr>
        <w:spacing w:after="40"/>
      </w:pPr>
      <w:r>
        <w:rPr>
          <w:b/>
          <w:lang w:val="bg-BG" w:eastAsia="bg-BG"/>
        </w:rPr>
        <w:t xml:space="preserve">1. Успех </w:t>
      </w:r>
      <w:r>
        <w:rPr>
          <w:lang w:val="bg-BG" w:eastAsia="bg-BG"/>
        </w:rPr>
        <w:t>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4B6A39" w:rsidRPr="00617A5B" w14:paraId="30C938A2" w14:textId="77777777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2F694E" w14:textId="77777777" w:rsidR="004B6A39" w:rsidRPr="00617A5B" w:rsidRDefault="00000000">
            <w:pPr>
              <w:spacing w:after="0"/>
              <w:jc w:val="left"/>
              <w:rPr>
                <w:szCs w:val="28"/>
              </w:rPr>
            </w:pPr>
            <w:r w:rsidRPr="00617A5B">
              <w:rPr>
                <w:sz w:val="28"/>
                <w:szCs w:val="32"/>
                <w:lang w:val="bg-BG" w:eastAsia="bg-BG"/>
              </w:rPr>
              <w:t xml:space="preserve">□ </w:t>
            </w:r>
            <w:r w:rsidRPr="00617A5B">
              <w:rPr>
                <w:szCs w:val="28"/>
                <w:lang w:val="bg-BG" w:eastAsia="bg-BG"/>
              </w:rPr>
              <w:t>От предходната учебна 2025/2026 година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E77D93" w14:textId="4815D94D" w:rsidR="004B6A39" w:rsidRPr="00617A5B" w:rsidRDefault="00000000">
            <w:pPr>
              <w:spacing w:after="0"/>
              <w:jc w:val="left"/>
              <w:rPr>
                <w:szCs w:val="28"/>
              </w:rPr>
            </w:pPr>
            <w:r w:rsidRPr="00617A5B">
              <w:rPr>
                <w:sz w:val="28"/>
                <w:szCs w:val="32"/>
                <w:lang w:val="bg-BG" w:eastAsia="bg-BG"/>
              </w:rPr>
              <w:t xml:space="preserve">□ </w:t>
            </w:r>
            <w:r w:rsidRPr="00617A5B">
              <w:rPr>
                <w:szCs w:val="28"/>
                <w:lang w:val="bg-BG" w:eastAsia="bg-BG"/>
              </w:rPr>
              <w:t xml:space="preserve">От </w:t>
            </w:r>
            <w:r w:rsidR="00617A5B">
              <w:rPr>
                <w:szCs w:val="28"/>
                <w:lang w:eastAsia="bg-BG"/>
              </w:rPr>
              <w:t xml:space="preserve">I </w:t>
            </w:r>
            <w:r w:rsidRPr="00617A5B">
              <w:rPr>
                <w:szCs w:val="28"/>
                <w:lang w:val="bg-BG" w:eastAsia="bg-BG"/>
              </w:rPr>
              <w:t>учебен срок на учебната 2026/2027 година</w:t>
            </w:r>
          </w:p>
        </w:tc>
      </w:tr>
    </w:tbl>
    <w:p w14:paraId="328E7C97" w14:textId="77777777" w:rsidR="004B6A39" w:rsidRDefault="00000000">
      <w:pPr>
        <w:ind w:left="170"/>
      </w:pPr>
      <w:r>
        <w:rPr>
          <w:sz w:val="24"/>
          <w:lang w:val="bg-BG" w:eastAsia="bg-BG"/>
        </w:rPr>
        <w:t>2. Не получавам стипендия по чл. 10, чл. 16, ал. 3 и ал. 6 от Наредбата за условията и реда за осъществяване закрила на деца с изявени дарби.</w:t>
      </w:r>
    </w:p>
    <w:p w14:paraId="1F4E6940" w14:textId="77777777" w:rsidR="004B6A39" w:rsidRDefault="00000000">
      <w:pPr>
        <w:spacing w:after="80"/>
        <w:ind w:left="170"/>
      </w:pPr>
      <w:r>
        <w:rPr>
          <w:sz w:val="24"/>
          <w:lang w:val="bg-BG" w:eastAsia="bg-BG"/>
        </w:rPr>
        <w:t>3. Известно ми е, че за вписване на неверни данни нося отговорност по чл. 313 от Наказателния кодекс и неправомерно получената стипендия подлежи на връщане.</w:t>
      </w:r>
    </w:p>
    <w:p w14:paraId="1E287F2A" w14:textId="77777777" w:rsidR="004B6A39" w:rsidRDefault="00000000">
      <w:pPr>
        <w:pStyle w:val="FormSection"/>
      </w:pPr>
      <w:r>
        <w:rPr>
          <w:lang w:val="bg-BG" w:eastAsia="bg-BG"/>
        </w:rPr>
        <w:t>БАНКОВА СМЕТКА</w:t>
      </w:r>
    </w:p>
    <w:p w14:paraId="12A3299B" w14:textId="77700499" w:rsidR="004B6A39" w:rsidRDefault="00DF3359">
      <w:pPr>
        <w:spacing w:after="80"/>
        <w:ind w:left="170"/>
      </w:pPr>
      <w:r w:rsidRPr="00617A5B">
        <w:rPr>
          <w:sz w:val="28"/>
          <w:szCs w:val="32"/>
          <w:lang w:val="bg-BG" w:eastAsia="bg-BG"/>
        </w:rPr>
        <w:t>□</w:t>
      </w:r>
      <w:r w:rsidR="00000000">
        <w:rPr>
          <w:sz w:val="24"/>
          <w:lang w:val="bg-BG" w:eastAsia="bg-BG"/>
        </w:rPr>
        <w:t xml:space="preserve"> Прилагам отделен документ от обслужващата банка с IBAN на сметка на името на ученика.</w:t>
      </w:r>
    </w:p>
    <w:p w14:paraId="187FCD64" w14:textId="77777777" w:rsidR="004B6A39" w:rsidRDefault="00000000">
      <w:pPr>
        <w:pStyle w:val="FormSection"/>
      </w:pPr>
      <w:r>
        <w:rPr>
          <w:lang w:val="bg-BG" w:eastAsia="bg-BG"/>
        </w:rPr>
        <w:t>ПРИЛОЖЕНИ ДОКУМЕНТИ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98"/>
      </w:tblGrid>
      <w:tr w:rsidR="004B6A39" w14:paraId="678DD300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F74400" w14:textId="77777777" w:rsidR="004B6A39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1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F8A991" w14:textId="78073ABB" w:rsidR="004B6A39" w:rsidRDefault="00E26B50">
            <w:pPr>
              <w:spacing w:after="0"/>
              <w:jc w:val="left"/>
            </w:pPr>
            <w:r w:rsidRPr="00D777BA">
              <w:rPr>
                <w:sz w:val="24"/>
                <w:szCs w:val="24"/>
                <w:lang w:val="bg-BG" w:eastAsia="bg-BG"/>
              </w:rPr>
              <w:t>Банков документ за сметка на името на ученика</w:t>
            </w:r>
          </w:p>
        </w:tc>
      </w:tr>
      <w:tr w:rsidR="004B6A39" w14:paraId="7F7532F4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E49119" w14:textId="77777777" w:rsidR="004B6A39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2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9F4DB7" w14:textId="34B763C0" w:rsidR="004B6A39" w:rsidRDefault="004B6A39">
            <w:pPr>
              <w:spacing w:after="0"/>
              <w:jc w:val="left"/>
            </w:pPr>
          </w:p>
        </w:tc>
      </w:tr>
      <w:tr w:rsidR="004B6A39" w14:paraId="5558B69D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30B3CD" w14:textId="77777777" w:rsidR="004B6A39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3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6E8E5F" w14:textId="7A7A922A" w:rsidR="004B6A39" w:rsidRDefault="004B6A39">
            <w:pPr>
              <w:spacing w:after="0"/>
              <w:jc w:val="left"/>
            </w:pPr>
          </w:p>
        </w:tc>
      </w:tr>
    </w:tbl>
    <w:p w14:paraId="476298A6" w14:textId="77777777" w:rsidR="004B6A39" w:rsidRDefault="004B6A39">
      <w:pPr>
        <w:spacing w:after="20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4B6A39" w14:paraId="2F647BBA" w14:textId="77777777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86FC8F" w14:textId="77777777" w:rsidR="004B6A39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Дата: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93D523" w14:textId="77777777" w:rsidR="004B6A39" w:rsidRPr="001C7323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Декларатор: ........................................</w:t>
            </w:r>
          </w:p>
        </w:tc>
      </w:tr>
      <w:tr w:rsidR="004B6A39" w14:paraId="79C9A140" w14:textId="77777777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EB6A82" w14:textId="77777777" w:rsidR="004B6A39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гр. Добрич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61D232" w14:textId="77777777" w:rsidR="004B6A39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Родител/настойник: ........................................</w:t>
            </w:r>
          </w:p>
        </w:tc>
      </w:tr>
    </w:tbl>
    <w:p w14:paraId="456AC9AE" w14:textId="77777777" w:rsidR="001C7323" w:rsidRDefault="001C7323">
      <w:pPr>
        <w:pStyle w:val="FormSection"/>
        <w:rPr>
          <w:lang w:eastAsia="bg-BG"/>
        </w:rPr>
      </w:pPr>
    </w:p>
    <w:p w14:paraId="473C1354" w14:textId="61639C29" w:rsidR="004B6A39" w:rsidRDefault="00000000">
      <w:pPr>
        <w:pStyle w:val="FormSection"/>
        <w:rPr>
          <w:lang w:val="bg-BG" w:eastAsia="bg-BG"/>
        </w:rPr>
      </w:pPr>
      <w:r>
        <w:rPr>
          <w:lang w:val="bg-BG" w:eastAsia="bg-BG"/>
        </w:rPr>
        <w:t>ДЕКЛАРАЦИЯ ОТ КЛАСНИЯ РЪКОВОДИТЕЛ</w:t>
      </w:r>
    </w:p>
    <w:p w14:paraId="2F860B98" w14:textId="02611EFB" w:rsidR="004B6A39" w:rsidRDefault="00000000">
      <w:r>
        <w:rPr>
          <w:b/>
          <w:lang w:val="bg-BG" w:eastAsia="bg-BG"/>
        </w:rPr>
        <w:t xml:space="preserve">Успехът на </w:t>
      </w:r>
      <w:r>
        <w:rPr>
          <w:sz w:val="24"/>
          <w:lang w:val="bg-BG" w:eastAsia="bg-BG"/>
        </w:rPr>
        <w:t>ученик</w:t>
      </w:r>
      <w:r w:rsidR="001C7323">
        <w:rPr>
          <w:sz w:val="24"/>
          <w:lang w:val="bg-BG" w:eastAsia="bg-BG"/>
        </w:rPr>
        <w:t>а</w:t>
      </w:r>
      <w:r>
        <w:rPr>
          <w:sz w:val="24"/>
          <w:lang w:val="bg-BG" w:eastAsia="bg-BG"/>
        </w:rPr>
        <w:t>/ученичка</w:t>
      </w:r>
      <w:r w:rsidR="001C7323">
        <w:rPr>
          <w:sz w:val="24"/>
          <w:lang w:val="bg-BG" w:eastAsia="bg-BG"/>
        </w:rPr>
        <w:t>та</w:t>
      </w:r>
      <w:r>
        <w:rPr>
          <w:sz w:val="24"/>
          <w:lang w:val="bg-BG" w:eastAsia="bg-BG"/>
        </w:rPr>
        <w:t xml:space="preserve"> от ............... клас</w:t>
      </w:r>
      <w:r w:rsidR="00CA581F">
        <w:rPr>
          <w:sz w:val="24"/>
          <w:lang w:val="bg-BG" w:eastAsia="bg-BG"/>
        </w:rPr>
        <w:t>/</w:t>
      </w:r>
      <w:r w:rsidR="00CA581F" w:rsidRPr="00CA581F">
        <w:rPr>
          <w:szCs w:val="28"/>
          <w:lang w:eastAsia="bg-BG"/>
        </w:rPr>
        <w:t xml:space="preserve"> </w:t>
      </w:r>
      <w:r w:rsidR="00CA581F">
        <w:rPr>
          <w:szCs w:val="28"/>
          <w:lang w:eastAsia="bg-BG"/>
        </w:rPr>
        <w:t xml:space="preserve">I </w:t>
      </w:r>
      <w:r w:rsidR="00CA581F" w:rsidRPr="00617A5B">
        <w:rPr>
          <w:szCs w:val="28"/>
          <w:lang w:val="bg-BG" w:eastAsia="bg-BG"/>
        </w:rPr>
        <w:t>учебен срок</w:t>
      </w:r>
      <w:r w:rsidR="00CA581F">
        <w:rPr>
          <w:sz w:val="24"/>
          <w:lang w:val="bg-BG" w:eastAsia="bg-BG"/>
        </w:rPr>
        <w:t xml:space="preserve"> </w:t>
      </w:r>
      <w:r>
        <w:rPr>
          <w:sz w:val="24"/>
          <w:lang w:val="bg-BG" w:eastAsia="bg-BG"/>
        </w:rPr>
        <w:t xml:space="preserve">, е сверен с </w:t>
      </w:r>
      <w:r w:rsidR="00CA581F">
        <w:rPr>
          <w:sz w:val="24"/>
          <w:lang w:val="bg-BG" w:eastAsia="bg-BG"/>
        </w:rPr>
        <w:t xml:space="preserve">електронния дневник и/или </w:t>
      </w:r>
      <w:r>
        <w:rPr>
          <w:sz w:val="24"/>
          <w:lang w:val="bg-BG" w:eastAsia="bg-BG"/>
        </w:rPr>
        <w:t>официалните документи.</w:t>
      </w:r>
    </w:p>
    <w:p w14:paraId="44778ED3" w14:textId="77777777" w:rsidR="004B6A39" w:rsidRDefault="00000000">
      <w:r>
        <w:rPr>
          <w:sz w:val="24"/>
          <w:lang w:val="bg-BG" w:eastAsia="bg-BG"/>
        </w:rPr>
        <w:t>Декларирам, че ученикът/ученичката няма наложена санкция със заповед на директора. При промяна на обстоятелствата ще уведомя председателя на комисията по стипендиите и ще предоставя копие от заповедта.</w:t>
      </w:r>
    </w:p>
    <w:p w14:paraId="4A6009C5" w14:textId="77777777" w:rsidR="001C7323" w:rsidRPr="001C7323" w:rsidRDefault="001C7323">
      <w:pPr>
        <w:spacing w:after="80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4B6A39" w14:paraId="24428514" w14:textId="77777777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DA28CD" w14:textId="77777777" w:rsidR="004B6A39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Дата: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5C0542" w14:textId="77777777" w:rsidR="004B6A39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Класен ръководител: ........................................</w:t>
            </w:r>
          </w:p>
        </w:tc>
      </w:tr>
    </w:tbl>
    <w:p w14:paraId="26F80A69" w14:textId="77777777" w:rsidR="00E87030" w:rsidRDefault="00E87030"/>
    <w:sectPr w:rsidR="00E87030" w:rsidSect="00034616">
      <w:footerReference w:type="default" r:id="rId8"/>
      <w:pgSz w:w="11906" w:h="16838"/>
      <w:pgMar w:top="822" w:right="964" w:bottom="822" w:left="964" w:header="34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E6158" w14:textId="77777777" w:rsidR="00E87030" w:rsidRDefault="00E87030">
      <w:pPr>
        <w:spacing w:after="0"/>
      </w:pPr>
      <w:r>
        <w:separator/>
      </w:r>
    </w:p>
  </w:endnote>
  <w:endnote w:type="continuationSeparator" w:id="0">
    <w:p w14:paraId="1F835253" w14:textId="77777777" w:rsidR="00E87030" w:rsidRDefault="00E870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41F63" w14:textId="77777777" w:rsidR="004B6A39" w:rsidRDefault="00000000">
    <w:pPr>
      <w:pStyle w:val="Footer"/>
      <w:jc w:val="center"/>
    </w:pPr>
    <w:r>
      <w:rPr>
        <w:sz w:val="18"/>
        <w:lang w:val="bg-BG" w:eastAsia="bg-BG"/>
      </w:rPr>
      <w:t xml:space="preserve">Страница </w:t>
    </w:r>
    <w:r>
      <w:rPr>
        <w:sz w:val="18"/>
        <w:lang w:val="bg-BG" w:eastAsia="bg-BG"/>
      </w:rPr>
      <w:fldChar w:fldCharType="begin"/>
    </w:r>
    <w:r>
      <w:rPr>
        <w:sz w:val="18"/>
        <w:lang w:val="bg-BG" w:eastAsia="bg-BG"/>
      </w:rPr>
      <w:instrText>PAGE</w:instrText>
    </w:r>
    <w:r w:rsidR="001C7323">
      <w:rPr>
        <w:sz w:val="18"/>
        <w:lang w:val="bg-BG" w:eastAsia="bg-BG"/>
      </w:rPr>
      <w:fldChar w:fldCharType="separate"/>
    </w:r>
    <w:r w:rsidR="001C7323">
      <w:rPr>
        <w:noProof/>
        <w:sz w:val="18"/>
        <w:lang w:val="bg-BG" w:eastAsia="bg-BG"/>
      </w:rPr>
      <w:t>1</w:t>
    </w:r>
    <w:r>
      <w:rPr>
        <w:sz w:val="18"/>
        <w:lang w:val="bg-BG" w:eastAsia="bg-BG"/>
      </w:rPr>
      <w:fldChar w:fldCharType="end"/>
    </w:r>
    <w:r>
      <w:rPr>
        <w:sz w:val="18"/>
        <w:lang w:val="bg-BG" w:eastAsia="bg-BG"/>
      </w:rPr>
      <w:t xml:space="preserve"> от </w:t>
    </w:r>
    <w:r>
      <w:rPr>
        <w:sz w:val="18"/>
        <w:lang w:val="bg-BG" w:eastAsia="bg-BG"/>
      </w:rPr>
      <w:fldChar w:fldCharType="begin"/>
    </w:r>
    <w:r>
      <w:rPr>
        <w:sz w:val="18"/>
        <w:lang w:val="bg-BG" w:eastAsia="bg-BG"/>
      </w:rPr>
      <w:instrText>NUMPAGES</w:instrText>
    </w:r>
    <w:r w:rsidR="001C7323">
      <w:rPr>
        <w:sz w:val="18"/>
        <w:lang w:val="bg-BG" w:eastAsia="bg-BG"/>
      </w:rPr>
      <w:fldChar w:fldCharType="separate"/>
    </w:r>
    <w:r w:rsidR="001C7323">
      <w:rPr>
        <w:noProof/>
        <w:sz w:val="18"/>
        <w:lang w:val="bg-BG" w:eastAsia="bg-BG"/>
      </w:rPr>
      <w:t>1</w:t>
    </w:r>
    <w:r>
      <w:rPr>
        <w:sz w:val="18"/>
        <w:lang w:val="bg-BG" w:eastAsia="bg-B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BCCEE" w14:textId="77777777" w:rsidR="00E87030" w:rsidRDefault="00E87030">
      <w:pPr>
        <w:spacing w:after="0"/>
      </w:pPr>
      <w:r>
        <w:separator/>
      </w:r>
    </w:p>
  </w:footnote>
  <w:footnote w:type="continuationSeparator" w:id="0">
    <w:p w14:paraId="0C093B47" w14:textId="77777777" w:rsidR="00E87030" w:rsidRDefault="00E870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4005320">
    <w:abstractNumId w:val="8"/>
  </w:num>
  <w:num w:numId="2" w16cid:durableId="1428506354">
    <w:abstractNumId w:val="6"/>
  </w:num>
  <w:num w:numId="3" w16cid:durableId="164637989">
    <w:abstractNumId w:val="5"/>
  </w:num>
  <w:num w:numId="4" w16cid:durableId="226571276">
    <w:abstractNumId w:val="4"/>
  </w:num>
  <w:num w:numId="5" w16cid:durableId="781144683">
    <w:abstractNumId w:val="7"/>
  </w:num>
  <w:num w:numId="6" w16cid:durableId="860972178">
    <w:abstractNumId w:val="3"/>
  </w:num>
  <w:num w:numId="7" w16cid:durableId="1906797654">
    <w:abstractNumId w:val="2"/>
  </w:num>
  <w:num w:numId="8" w16cid:durableId="370766760">
    <w:abstractNumId w:val="1"/>
  </w:num>
  <w:num w:numId="9" w16cid:durableId="48543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7323"/>
    <w:rsid w:val="0029639D"/>
    <w:rsid w:val="00326F90"/>
    <w:rsid w:val="004B6A39"/>
    <w:rsid w:val="004B7390"/>
    <w:rsid w:val="0061301A"/>
    <w:rsid w:val="00617A5B"/>
    <w:rsid w:val="00705A9E"/>
    <w:rsid w:val="009738B5"/>
    <w:rsid w:val="00AA1D8D"/>
    <w:rsid w:val="00B11AC0"/>
    <w:rsid w:val="00B47730"/>
    <w:rsid w:val="00CA581F"/>
    <w:rsid w:val="00CB0664"/>
    <w:rsid w:val="00CB4106"/>
    <w:rsid w:val="00DF3359"/>
    <w:rsid w:val="00E26B50"/>
    <w:rsid w:val="00E870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0C08C7"/>
  <w14:defaultImageDpi w14:val="330"/>
  <w15:docId w15:val="{9051BC17-06D5-4BAE-BD02-3A6DE390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80" w:after="14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40"/>
      <w:jc w:val="center"/>
    </w:pPr>
    <w:rPr>
      <w:rFonts w:ascii="Times New Roman" w:eastAsia="Times New Roman" w:hAnsi="Times New Roman" w:cs="Times New Roman"/>
      <w:i/>
      <w:color w:val="000000"/>
      <w:sz w:val="19"/>
    </w:rPr>
  </w:style>
  <w:style w:type="paragraph" w:customStyle="1" w:styleId="FormSection">
    <w:name w:val="Form Section"/>
    <w:pPr>
      <w:keepNext/>
      <w:spacing w:before="120" w:after="60"/>
    </w:pPr>
    <w:rPr>
      <w:rFonts w:ascii="Times New Roman" w:eastAsia="Times New Roman" w:hAnsi="Times New Roman" w:cs="Times New Roman"/>
      <w:b/>
      <w:color w:val="000000"/>
      <w:sz w:val="23"/>
    </w:rPr>
  </w:style>
  <w:style w:type="paragraph" w:customStyle="1" w:styleId="DocumentSubtitle">
    <w:name w:val="Document Subtitle"/>
    <w:pPr>
      <w:keepNext/>
      <w:spacing w:after="160"/>
      <w:jc w:val="center"/>
    </w:pPr>
    <w:rPr>
      <w:rFonts w:ascii="Times New Roman" w:eastAsia="Times New Roman" w:hAnsi="Times New Roman" w:cs="Times New Roman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1 заявление за стипендия за успех</vt:lpstr>
    </vt:vector>
  </TitlesOfParts>
  <Manager/>
  <Company/>
  <LinksUpToDate>false</LinksUpToDate>
  <CharactersWithSpaces>1761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заявление за стипендия за успех</dc:title>
  <dc:subject>Стипендии за учебната 2026/2027 година</dc:subject>
  <dc:creator>ПМГ „Иван Вазов“ - Добрич</dc:creator>
  <cp:keywords/>
  <dc:description>generated by python-docx</dc:description>
  <cp:lastModifiedBy>Милена Г. Николова</cp:lastModifiedBy>
  <cp:revision>8</cp:revision>
  <cp:lastPrinted>2026-10-07T14:43:00Z</cp:lastPrinted>
  <dcterms:created xsi:type="dcterms:W3CDTF">2026-10-07T12:22:00Z</dcterms:created>
  <dcterms:modified xsi:type="dcterms:W3CDTF">2026-10-07T14:44:00Z</dcterms:modified>
  <cp:category/>
  <dc:language>bg-BG</dc:language>
</cp:coreProperties>
</file>